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3D90" w:rsidRDefault="00F5127A" w:rsidP="00F5127A">
      <w:pPr>
        <w:spacing w:after="280"/>
        <w:ind w:firstLine="720"/>
        <w:jc w:val="right"/>
        <w:rPr>
          <w:sz w:val="22"/>
          <w:lang w:val="ru-RU"/>
        </w:rPr>
      </w:pPr>
      <w:proofErr w:type="spellStart"/>
      <w:r>
        <w:rPr>
          <w:sz w:val="22"/>
          <w:lang w:val="ru-RU"/>
        </w:rPr>
        <w:t>Додаток</w:t>
      </w:r>
      <w:proofErr w:type="spellEnd"/>
      <w:r>
        <w:rPr>
          <w:sz w:val="22"/>
          <w:lang w:val="ru-RU"/>
        </w:rPr>
        <w:t xml:space="preserve"> до </w:t>
      </w:r>
      <w:r w:rsidR="00600E8D">
        <w:rPr>
          <w:sz w:val="22"/>
          <w:lang w:val="ru-RU"/>
        </w:rPr>
        <w:t xml:space="preserve"> </w:t>
      </w:r>
      <w:r w:rsidR="00E46ABA" w:rsidRPr="000230B2">
        <w:rPr>
          <w:sz w:val="22"/>
          <w:lang w:val="ru-RU"/>
        </w:rPr>
        <w:t xml:space="preserve"> </w:t>
      </w:r>
      <w:proofErr w:type="spellStart"/>
      <w:r w:rsidR="00E46ABA" w:rsidRPr="000230B2">
        <w:rPr>
          <w:sz w:val="22"/>
          <w:lang w:val="ru-RU"/>
        </w:rPr>
        <w:t>рішення</w:t>
      </w:r>
      <w:proofErr w:type="spellEnd"/>
      <w:r w:rsidR="00600E8D">
        <w:rPr>
          <w:sz w:val="22"/>
          <w:lang w:val="ru-RU"/>
        </w:rPr>
        <w:t xml:space="preserve">                                                                                                      </w:t>
      </w:r>
      <w:proofErr w:type="spellStart"/>
      <w:r w:rsidR="00391024">
        <w:rPr>
          <w:sz w:val="22"/>
          <w:lang w:val="ru-RU"/>
        </w:rPr>
        <w:t>Верхньодніпровської</w:t>
      </w:r>
      <w:proofErr w:type="spellEnd"/>
      <w:r w:rsidR="00391024">
        <w:rPr>
          <w:sz w:val="22"/>
          <w:lang w:val="ru-RU"/>
        </w:rPr>
        <w:t xml:space="preserve"> </w:t>
      </w:r>
      <w:proofErr w:type="spellStart"/>
      <w:r w:rsidR="00391024">
        <w:rPr>
          <w:sz w:val="22"/>
          <w:lang w:val="ru-RU"/>
        </w:rPr>
        <w:t>міської</w:t>
      </w:r>
      <w:proofErr w:type="spellEnd"/>
      <w:r w:rsidR="00391024">
        <w:rPr>
          <w:sz w:val="22"/>
          <w:lang w:val="ru-RU"/>
        </w:rPr>
        <w:t xml:space="preserve"> </w:t>
      </w:r>
      <w:r w:rsidR="00E46ABA" w:rsidRPr="000230B2">
        <w:rPr>
          <w:sz w:val="22"/>
          <w:lang w:val="ru-RU"/>
        </w:rPr>
        <w:t>ради</w:t>
      </w:r>
    </w:p>
    <w:p w:rsidR="00600E8D" w:rsidRPr="00600E8D" w:rsidRDefault="00600E8D" w:rsidP="00600E8D">
      <w:pPr>
        <w:spacing w:after="280"/>
        <w:jc w:val="right"/>
        <w:rPr>
          <w:sz w:val="22"/>
          <w:lang w:val="ru-RU"/>
        </w:rPr>
      </w:pPr>
      <w:r>
        <w:rPr>
          <w:sz w:val="22"/>
          <w:lang w:val="ru-RU"/>
        </w:rPr>
        <w:t>№________</w:t>
      </w:r>
      <w:proofErr w:type="spellStart"/>
      <w:r>
        <w:rPr>
          <w:sz w:val="22"/>
          <w:lang w:val="ru-RU"/>
        </w:rPr>
        <w:t>від</w:t>
      </w:r>
      <w:proofErr w:type="spellEnd"/>
      <w:r>
        <w:rPr>
          <w:sz w:val="22"/>
          <w:lang w:val="ru-RU"/>
        </w:rPr>
        <w:t xml:space="preserve"> ___________</w:t>
      </w:r>
    </w:p>
    <w:p w:rsidR="008C3D90" w:rsidRPr="00455071" w:rsidRDefault="000230B2">
      <w:pPr>
        <w:spacing w:before="160" w:after="280"/>
        <w:jc w:val="center"/>
        <w:rPr>
          <w:sz w:val="28"/>
          <w:szCs w:val="28"/>
          <w:lang w:val="ru-RU"/>
        </w:rPr>
      </w:pPr>
      <w:proofErr w:type="spellStart"/>
      <w:r w:rsidRPr="00455071">
        <w:rPr>
          <w:b/>
          <w:color w:val="111111"/>
          <w:sz w:val="28"/>
          <w:szCs w:val="28"/>
          <w:lang w:val="ru-RU"/>
        </w:rPr>
        <w:t>Ц</w:t>
      </w:r>
      <w:r w:rsidR="00E46ABA" w:rsidRPr="00455071">
        <w:rPr>
          <w:b/>
          <w:color w:val="111111"/>
          <w:sz w:val="28"/>
          <w:szCs w:val="28"/>
          <w:lang w:val="ru-RU"/>
        </w:rPr>
        <w:t>ільова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соціальна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програма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br/>
      </w:r>
      <w:r w:rsidRPr="00455071">
        <w:rPr>
          <w:b/>
          <w:color w:val="111111"/>
          <w:sz w:val="28"/>
          <w:szCs w:val="28"/>
          <w:lang w:val="ru-RU"/>
        </w:rPr>
        <w:t>«</w:t>
      </w:r>
      <w:r w:rsidR="00E46ABA" w:rsidRPr="00455071">
        <w:rPr>
          <w:b/>
          <w:color w:val="111111"/>
          <w:sz w:val="28"/>
          <w:szCs w:val="28"/>
          <w:lang w:val="ru-RU"/>
        </w:rPr>
        <w:t xml:space="preserve">Молодь </w:t>
      </w:r>
      <w:proofErr w:type="spellStart"/>
      <w:r w:rsidR="00151F58">
        <w:rPr>
          <w:b/>
          <w:color w:val="111111"/>
          <w:sz w:val="28"/>
          <w:szCs w:val="28"/>
          <w:lang w:val="ru-RU"/>
        </w:rPr>
        <w:t>Верхньодніпровщини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>»</w:t>
      </w:r>
      <w:r w:rsidR="00E46ABA" w:rsidRPr="00455071">
        <w:rPr>
          <w:b/>
          <w:color w:val="111111"/>
          <w:sz w:val="28"/>
          <w:szCs w:val="28"/>
          <w:lang w:val="ru-RU"/>
        </w:rPr>
        <w:t xml:space="preserve"> на 2027</w:t>
      </w:r>
      <w:r w:rsidR="00072C88">
        <w:rPr>
          <w:b/>
          <w:color w:val="111111"/>
          <w:sz w:val="28"/>
          <w:szCs w:val="28"/>
          <w:lang w:val="ru-RU"/>
        </w:rPr>
        <w:t>-2031 роки</w:t>
      </w:r>
      <w:r w:rsidRPr="00455071">
        <w:rPr>
          <w:b/>
          <w:color w:val="111111"/>
          <w:sz w:val="28"/>
          <w:szCs w:val="28"/>
          <w:lang w:val="ru-RU"/>
        </w:rPr>
        <w:t xml:space="preserve"> </w:t>
      </w:r>
    </w:p>
    <w:p w:rsidR="008C3D90" w:rsidRPr="00455071" w:rsidRDefault="00E46ABA" w:rsidP="00770F33">
      <w:pPr>
        <w:spacing w:before="200"/>
        <w:rPr>
          <w:sz w:val="28"/>
          <w:szCs w:val="28"/>
          <w:lang w:val="ru-RU"/>
        </w:rPr>
      </w:pPr>
      <w:r w:rsidRPr="00455071">
        <w:rPr>
          <w:b/>
          <w:color w:val="111111"/>
          <w:sz w:val="28"/>
          <w:szCs w:val="28"/>
        </w:rPr>
        <w:t>I</w:t>
      </w:r>
      <w:r w:rsidRPr="00455071">
        <w:rPr>
          <w:b/>
          <w:color w:val="111111"/>
          <w:sz w:val="28"/>
          <w:szCs w:val="28"/>
          <w:lang w:val="ru-RU"/>
        </w:rPr>
        <w:t xml:space="preserve">. Паспорт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455071">
        <w:rPr>
          <w:b/>
          <w:sz w:val="28"/>
          <w:szCs w:val="28"/>
          <w:lang w:val="ru-RU"/>
        </w:rPr>
        <w:t xml:space="preserve">1.Назва: </w:t>
      </w:r>
      <w:proofErr w:type="spellStart"/>
      <w:r w:rsidR="000230B2" w:rsidRPr="00455071">
        <w:rPr>
          <w:sz w:val="28"/>
          <w:szCs w:val="28"/>
          <w:lang w:val="ru-RU"/>
        </w:rPr>
        <w:t>Ц</w:t>
      </w:r>
      <w:r w:rsidRPr="00455071">
        <w:rPr>
          <w:sz w:val="28"/>
          <w:szCs w:val="28"/>
          <w:lang w:val="ru-RU"/>
        </w:rPr>
        <w:t>ільова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соціальна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r w:rsidR="008902D3">
        <w:rPr>
          <w:sz w:val="28"/>
          <w:szCs w:val="28"/>
          <w:lang w:val="ru-RU"/>
        </w:rPr>
        <w:t>«</w:t>
      </w:r>
      <w:r w:rsidRPr="00455071">
        <w:rPr>
          <w:sz w:val="28"/>
          <w:szCs w:val="28"/>
          <w:lang w:val="ru-RU"/>
        </w:rPr>
        <w:t xml:space="preserve">Молодь </w:t>
      </w:r>
      <w:proofErr w:type="spellStart"/>
      <w:r w:rsidR="00151F58">
        <w:rPr>
          <w:sz w:val="28"/>
          <w:szCs w:val="28"/>
          <w:lang w:val="ru-RU"/>
        </w:rPr>
        <w:t>Верхньодніпровщини</w:t>
      </w:r>
      <w:proofErr w:type="spellEnd"/>
      <w:r w:rsidR="008902D3">
        <w:rPr>
          <w:sz w:val="28"/>
          <w:szCs w:val="28"/>
          <w:lang w:val="ru-RU"/>
        </w:rPr>
        <w:t>»</w:t>
      </w:r>
      <w:r w:rsidRPr="00455071">
        <w:rPr>
          <w:sz w:val="28"/>
          <w:szCs w:val="28"/>
          <w:lang w:val="ru-RU"/>
        </w:rPr>
        <w:t xml:space="preserve"> на 2027 </w:t>
      </w:r>
      <w:r w:rsidR="00B33543">
        <w:rPr>
          <w:sz w:val="28"/>
          <w:szCs w:val="28"/>
          <w:lang w:val="ru-RU"/>
        </w:rPr>
        <w:t>-2031 роки</w:t>
      </w:r>
      <w:r w:rsidRPr="00455071">
        <w:rPr>
          <w:sz w:val="28"/>
          <w:szCs w:val="28"/>
          <w:lang w:val="ru-RU"/>
        </w:rPr>
        <w:t xml:space="preserve"> (</w:t>
      </w:r>
      <w:proofErr w:type="spellStart"/>
      <w:r w:rsidRPr="00455071">
        <w:rPr>
          <w:sz w:val="28"/>
          <w:szCs w:val="28"/>
          <w:lang w:val="ru-RU"/>
        </w:rPr>
        <w:t>далі</w:t>
      </w:r>
      <w:proofErr w:type="spellEnd"/>
      <w:r w:rsidRPr="00455071">
        <w:rPr>
          <w:sz w:val="28"/>
          <w:szCs w:val="28"/>
          <w:lang w:val="ru-RU"/>
        </w:rPr>
        <w:t xml:space="preserve"> – </w:t>
      </w:r>
      <w:proofErr w:type="spellStart"/>
      <w:r w:rsidRPr="00455071">
        <w:rPr>
          <w:sz w:val="28"/>
          <w:szCs w:val="28"/>
          <w:lang w:val="ru-RU"/>
        </w:rPr>
        <w:t>Програма</w:t>
      </w:r>
      <w:proofErr w:type="spellEnd"/>
      <w:r w:rsidRPr="00455071">
        <w:rPr>
          <w:sz w:val="28"/>
          <w:szCs w:val="28"/>
          <w:lang w:val="ru-RU"/>
        </w:rPr>
        <w:t>).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455071">
        <w:rPr>
          <w:b/>
          <w:sz w:val="28"/>
          <w:szCs w:val="28"/>
          <w:lang w:val="ru-RU"/>
        </w:rPr>
        <w:t xml:space="preserve">2.Підстава для </w:t>
      </w:r>
      <w:proofErr w:type="spellStart"/>
      <w:r w:rsidRPr="00455071">
        <w:rPr>
          <w:b/>
          <w:sz w:val="28"/>
          <w:szCs w:val="28"/>
          <w:lang w:val="ru-RU"/>
        </w:rPr>
        <w:t>розроблення</w:t>
      </w:r>
      <w:proofErr w:type="spellEnd"/>
      <w:r w:rsidRPr="00455071">
        <w:rPr>
          <w:b/>
          <w:sz w:val="28"/>
          <w:szCs w:val="28"/>
          <w:lang w:val="ru-RU"/>
        </w:rPr>
        <w:t xml:space="preserve">: </w:t>
      </w:r>
      <w:r w:rsidRPr="00455071">
        <w:rPr>
          <w:sz w:val="28"/>
          <w:szCs w:val="28"/>
          <w:lang w:val="ru-RU"/>
        </w:rPr>
        <w:t xml:space="preserve">Закон </w:t>
      </w:r>
      <w:proofErr w:type="spellStart"/>
      <w:r w:rsidRPr="00455071">
        <w:rPr>
          <w:sz w:val="28"/>
          <w:szCs w:val="28"/>
          <w:lang w:val="ru-RU"/>
        </w:rPr>
        <w:t>України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r w:rsidR="008902D3">
        <w:rPr>
          <w:sz w:val="28"/>
          <w:szCs w:val="28"/>
          <w:lang w:val="ru-RU"/>
        </w:rPr>
        <w:t>«</w:t>
      </w:r>
      <w:r w:rsidRPr="00455071">
        <w:rPr>
          <w:sz w:val="28"/>
          <w:szCs w:val="28"/>
          <w:lang w:val="ru-RU"/>
        </w:rPr>
        <w:t xml:space="preserve">Про </w:t>
      </w:r>
      <w:proofErr w:type="spellStart"/>
      <w:r w:rsidRPr="00455071">
        <w:rPr>
          <w:sz w:val="28"/>
          <w:szCs w:val="28"/>
          <w:lang w:val="ru-RU"/>
        </w:rPr>
        <w:t>основні</w:t>
      </w:r>
      <w:proofErr w:type="spellEnd"/>
      <w:r w:rsidRPr="00455071">
        <w:rPr>
          <w:sz w:val="28"/>
          <w:szCs w:val="28"/>
          <w:lang w:val="ru-RU"/>
        </w:rPr>
        <w:t xml:space="preserve"> засади </w:t>
      </w:r>
      <w:proofErr w:type="spellStart"/>
      <w:r w:rsidRPr="00455071">
        <w:rPr>
          <w:sz w:val="28"/>
          <w:szCs w:val="28"/>
          <w:lang w:val="ru-RU"/>
        </w:rPr>
        <w:t>молодіжної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політики</w:t>
      </w:r>
      <w:proofErr w:type="spellEnd"/>
      <w:r w:rsidR="008902D3">
        <w:rPr>
          <w:sz w:val="28"/>
          <w:szCs w:val="28"/>
          <w:lang w:val="ru-RU"/>
        </w:rPr>
        <w:t>»</w:t>
      </w:r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Державна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цільова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соціальна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r w:rsidR="008902D3">
        <w:rPr>
          <w:sz w:val="28"/>
          <w:szCs w:val="28"/>
          <w:lang w:val="ru-RU"/>
        </w:rPr>
        <w:t>«</w:t>
      </w:r>
      <w:r w:rsidRPr="00455071">
        <w:rPr>
          <w:sz w:val="28"/>
          <w:szCs w:val="28"/>
          <w:lang w:val="ru-RU"/>
        </w:rPr>
        <w:t xml:space="preserve">Молодь </w:t>
      </w:r>
      <w:proofErr w:type="spellStart"/>
      <w:r w:rsidRPr="00455071">
        <w:rPr>
          <w:sz w:val="28"/>
          <w:szCs w:val="28"/>
          <w:lang w:val="ru-RU"/>
        </w:rPr>
        <w:t>України</w:t>
      </w:r>
      <w:proofErr w:type="spellEnd"/>
      <w:r w:rsidRPr="00455071">
        <w:rPr>
          <w:sz w:val="28"/>
          <w:szCs w:val="28"/>
          <w:lang w:val="ru-RU"/>
        </w:rPr>
        <w:t xml:space="preserve">: </w:t>
      </w:r>
      <w:proofErr w:type="spellStart"/>
      <w:r w:rsidRPr="00455071">
        <w:rPr>
          <w:sz w:val="28"/>
          <w:szCs w:val="28"/>
          <w:lang w:val="ru-RU"/>
        </w:rPr>
        <w:t>покоління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стійкості</w:t>
      </w:r>
      <w:proofErr w:type="spellEnd"/>
      <w:r w:rsidRPr="00455071">
        <w:rPr>
          <w:sz w:val="28"/>
          <w:szCs w:val="28"/>
          <w:lang w:val="ru-RU"/>
        </w:rPr>
        <w:t xml:space="preserve"> – 2030</w:t>
      </w:r>
      <w:r w:rsidR="008902D3">
        <w:rPr>
          <w:sz w:val="28"/>
          <w:szCs w:val="28"/>
          <w:lang w:val="ru-RU"/>
        </w:rPr>
        <w:t>»</w:t>
      </w:r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затверджена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постановою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Кабінету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Міністрів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України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від</w:t>
      </w:r>
      <w:proofErr w:type="spellEnd"/>
      <w:r w:rsidRPr="00455071">
        <w:rPr>
          <w:sz w:val="28"/>
          <w:szCs w:val="28"/>
          <w:lang w:val="ru-RU"/>
        </w:rPr>
        <w:t xml:space="preserve"> 02 </w:t>
      </w:r>
      <w:proofErr w:type="spellStart"/>
      <w:r w:rsidRPr="00455071">
        <w:rPr>
          <w:sz w:val="28"/>
          <w:szCs w:val="28"/>
          <w:lang w:val="ru-RU"/>
        </w:rPr>
        <w:t>січня</w:t>
      </w:r>
      <w:proofErr w:type="spellEnd"/>
      <w:r w:rsidRPr="00455071">
        <w:rPr>
          <w:sz w:val="28"/>
          <w:szCs w:val="28"/>
          <w:lang w:val="ru-RU"/>
        </w:rPr>
        <w:t xml:space="preserve"> 2026 року № 20.</w:t>
      </w:r>
    </w:p>
    <w:p w:rsidR="008C3D90" w:rsidRPr="00455071" w:rsidRDefault="00E46ABA" w:rsidP="009E2CD8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455071">
        <w:rPr>
          <w:b/>
          <w:sz w:val="28"/>
          <w:szCs w:val="28"/>
          <w:lang w:val="ru-RU"/>
        </w:rPr>
        <w:t>3</w:t>
      </w:r>
      <w:r w:rsidR="000230B2" w:rsidRPr="00455071">
        <w:rPr>
          <w:b/>
          <w:sz w:val="28"/>
          <w:szCs w:val="28"/>
          <w:lang w:val="ru-RU"/>
        </w:rPr>
        <w:t>.З</w:t>
      </w:r>
      <w:r w:rsidRPr="00455071">
        <w:rPr>
          <w:b/>
          <w:sz w:val="28"/>
          <w:szCs w:val="28"/>
          <w:lang w:val="ru-RU"/>
        </w:rPr>
        <w:t xml:space="preserve">амовник </w:t>
      </w:r>
      <w:proofErr w:type="spellStart"/>
      <w:r w:rsidRPr="00455071">
        <w:rPr>
          <w:b/>
          <w:sz w:val="28"/>
          <w:szCs w:val="28"/>
          <w:lang w:val="ru-RU"/>
        </w:rPr>
        <w:t>Програми</w:t>
      </w:r>
      <w:proofErr w:type="spellEnd"/>
      <w:r w:rsidR="00430FC8">
        <w:rPr>
          <w:b/>
          <w:sz w:val="28"/>
          <w:szCs w:val="28"/>
          <w:lang w:val="ru-RU"/>
        </w:rPr>
        <w:t>:</w:t>
      </w:r>
      <w:r w:rsidRPr="00455071">
        <w:rPr>
          <w:b/>
          <w:sz w:val="28"/>
          <w:szCs w:val="28"/>
          <w:lang w:val="ru-RU"/>
        </w:rPr>
        <w:t xml:space="preserve"> – </w:t>
      </w:r>
      <w:proofErr w:type="spellStart"/>
      <w:r w:rsidR="000230B2" w:rsidRPr="00455071">
        <w:rPr>
          <w:sz w:val="28"/>
          <w:szCs w:val="28"/>
          <w:lang w:val="ru-RU"/>
        </w:rPr>
        <w:t>Відділ</w:t>
      </w:r>
      <w:proofErr w:type="spellEnd"/>
      <w:r w:rsidR="000230B2" w:rsidRPr="00455071">
        <w:rPr>
          <w:sz w:val="28"/>
          <w:szCs w:val="28"/>
          <w:lang w:val="ru-RU"/>
        </w:rPr>
        <w:t xml:space="preserve"> з </w:t>
      </w:r>
      <w:proofErr w:type="spellStart"/>
      <w:r w:rsidR="000230B2" w:rsidRPr="00455071">
        <w:rPr>
          <w:sz w:val="28"/>
          <w:szCs w:val="28"/>
          <w:lang w:val="ru-RU"/>
        </w:rPr>
        <w:t>гуманітарних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питань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Верхньодніпровської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міської</w:t>
      </w:r>
      <w:proofErr w:type="spellEnd"/>
      <w:r w:rsidR="000230B2" w:rsidRPr="00455071">
        <w:rPr>
          <w:sz w:val="28"/>
          <w:szCs w:val="28"/>
          <w:lang w:val="ru-RU"/>
        </w:rPr>
        <w:t xml:space="preserve"> ради</w:t>
      </w:r>
      <w:r w:rsidR="00306C50" w:rsidRPr="00455071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455071">
        <w:rPr>
          <w:b/>
          <w:sz w:val="28"/>
          <w:szCs w:val="28"/>
          <w:lang w:val="ru-RU"/>
        </w:rPr>
        <w:t>4.</w:t>
      </w:r>
      <w:r w:rsidR="000230B2" w:rsidRPr="00455071">
        <w:rPr>
          <w:b/>
          <w:sz w:val="28"/>
          <w:szCs w:val="28"/>
          <w:lang w:val="ru-RU"/>
        </w:rPr>
        <w:t xml:space="preserve">Учасники </w:t>
      </w:r>
      <w:proofErr w:type="spellStart"/>
      <w:r w:rsidRPr="00455071">
        <w:rPr>
          <w:b/>
          <w:sz w:val="28"/>
          <w:szCs w:val="28"/>
          <w:lang w:val="ru-RU"/>
        </w:rPr>
        <w:t>Програми</w:t>
      </w:r>
      <w:proofErr w:type="spellEnd"/>
      <w:r w:rsidRPr="00455071">
        <w:rPr>
          <w:b/>
          <w:sz w:val="28"/>
          <w:szCs w:val="28"/>
          <w:lang w:val="ru-RU"/>
        </w:rPr>
        <w:t xml:space="preserve"> – </w:t>
      </w:r>
      <w:bookmarkStart w:id="0" w:name="_Hlk240372226"/>
      <w:proofErr w:type="spellStart"/>
      <w:r w:rsidR="000230B2" w:rsidRPr="00455071">
        <w:rPr>
          <w:sz w:val="28"/>
          <w:szCs w:val="28"/>
          <w:lang w:val="ru-RU"/>
        </w:rPr>
        <w:t>комунальна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установа</w:t>
      </w:r>
      <w:proofErr w:type="spellEnd"/>
      <w:r w:rsidR="000230B2" w:rsidRPr="00455071">
        <w:rPr>
          <w:sz w:val="28"/>
          <w:szCs w:val="28"/>
          <w:lang w:val="ru-RU"/>
        </w:rPr>
        <w:t xml:space="preserve"> «</w:t>
      </w:r>
      <w:proofErr w:type="spellStart"/>
      <w:r w:rsidR="000230B2" w:rsidRPr="00455071">
        <w:rPr>
          <w:sz w:val="28"/>
          <w:szCs w:val="28"/>
          <w:lang w:val="ru-RU"/>
        </w:rPr>
        <w:t>Молодіжний</w:t>
      </w:r>
      <w:proofErr w:type="spellEnd"/>
      <w:r w:rsidR="000230B2" w:rsidRPr="00455071">
        <w:rPr>
          <w:sz w:val="28"/>
          <w:szCs w:val="28"/>
          <w:lang w:val="ru-RU"/>
        </w:rPr>
        <w:t xml:space="preserve"> центр </w:t>
      </w:r>
      <w:proofErr w:type="spellStart"/>
      <w:r w:rsidR="000230B2" w:rsidRPr="00455071">
        <w:rPr>
          <w:sz w:val="28"/>
          <w:szCs w:val="28"/>
          <w:lang w:val="ru-RU"/>
        </w:rPr>
        <w:t>відкритих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можливостей</w:t>
      </w:r>
      <w:proofErr w:type="spellEnd"/>
      <w:r w:rsidR="00306C50" w:rsidRPr="00455071">
        <w:rPr>
          <w:sz w:val="28"/>
          <w:szCs w:val="28"/>
          <w:lang w:val="ru-RU"/>
        </w:rPr>
        <w:t xml:space="preserve">» </w:t>
      </w:r>
      <w:proofErr w:type="spellStart"/>
      <w:r w:rsidR="000230B2" w:rsidRPr="00455071">
        <w:rPr>
          <w:sz w:val="28"/>
          <w:szCs w:val="28"/>
          <w:lang w:val="ru-RU"/>
        </w:rPr>
        <w:t>Верхньодніпровської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міської</w:t>
      </w:r>
      <w:proofErr w:type="spellEnd"/>
      <w:r w:rsidR="000230B2" w:rsidRPr="00455071">
        <w:rPr>
          <w:sz w:val="28"/>
          <w:szCs w:val="28"/>
          <w:lang w:val="ru-RU"/>
        </w:rPr>
        <w:t xml:space="preserve"> ради, </w:t>
      </w:r>
      <w:proofErr w:type="spellStart"/>
      <w:r w:rsidR="000230B2" w:rsidRPr="00455071">
        <w:rPr>
          <w:sz w:val="28"/>
          <w:szCs w:val="28"/>
          <w:lang w:val="ru-RU"/>
        </w:rPr>
        <w:t>М</w:t>
      </w:r>
      <w:r w:rsidR="00306C50" w:rsidRPr="00455071">
        <w:rPr>
          <w:sz w:val="28"/>
          <w:szCs w:val="28"/>
          <w:lang w:val="ru-RU"/>
        </w:rPr>
        <w:t>о</w:t>
      </w:r>
      <w:r w:rsidR="000230B2" w:rsidRPr="00455071">
        <w:rPr>
          <w:sz w:val="28"/>
          <w:szCs w:val="28"/>
          <w:lang w:val="ru-RU"/>
        </w:rPr>
        <w:t>лодіжна</w:t>
      </w:r>
      <w:proofErr w:type="spellEnd"/>
      <w:r w:rsidR="000230B2" w:rsidRPr="00455071">
        <w:rPr>
          <w:sz w:val="28"/>
          <w:szCs w:val="28"/>
          <w:lang w:val="ru-RU"/>
        </w:rPr>
        <w:t xml:space="preserve"> рада при </w:t>
      </w:r>
      <w:proofErr w:type="spellStart"/>
      <w:r w:rsidR="000230B2" w:rsidRPr="00455071">
        <w:rPr>
          <w:sz w:val="28"/>
          <w:szCs w:val="28"/>
          <w:lang w:val="ru-RU"/>
        </w:rPr>
        <w:t>виконкомі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Верхньодніпровської</w:t>
      </w:r>
      <w:proofErr w:type="spellEnd"/>
      <w:r w:rsidR="000230B2"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міської</w:t>
      </w:r>
      <w:proofErr w:type="spellEnd"/>
      <w:r w:rsidR="000230B2" w:rsidRPr="00455071">
        <w:rPr>
          <w:sz w:val="28"/>
          <w:szCs w:val="28"/>
          <w:lang w:val="ru-RU"/>
        </w:rPr>
        <w:t xml:space="preserve"> ради</w:t>
      </w:r>
      <w:r w:rsidR="00306C50" w:rsidRPr="00455071">
        <w:rPr>
          <w:sz w:val="28"/>
          <w:szCs w:val="28"/>
          <w:lang w:val="ru-RU"/>
        </w:rPr>
        <w:t>.</w:t>
      </w:r>
    </w:p>
    <w:bookmarkEnd w:id="0"/>
    <w:p w:rsidR="008C3D90" w:rsidRPr="00455071" w:rsidRDefault="00E46ABA" w:rsidP="00532014">
      <w:pPr>
        <w:spacing w:after="80" w:line="240" w:lineRule="auto"/>
        <w:ind w:firstLine="504"/>
        <w:jc w:val="both"/>
        <w:rPr>
          <w:bCs/>
          <w:sz w:val="28"/>
          <w:szCs w:val="28"/>
          <w:lang w:val="ru-RU"/>
        </w:rPr>
      </w:pPr>
      <w:r w:rsidRPr="00455071">
        <w:rPr>
          <w:b/>
          <w:sz w:val="28"/>
          <w:szCs w:val="28"/>
          <w:lang w:val="ru-RU"/>
        </w:rPr>
        <w:t xml:space="preserve">5.Відповідальні за </w:t>
      </w:r>
      <w:proofErr w:type="spellStart"/>
      <w:r w:rsidRPr="00455071">
        <w:rPr>
          <w:b/>
          <w:sz w:val="28"/>
          <w:szCs w:val="28"/>
          <w:lang w:val="ru-RU"/>
        </w:rPr>
        <w:t>виконання</w:t>
      </w:r>
      <w:proofErr w:type="spellEnd"/>
      <w:r w:rsidR="000230B2" w:rsidRPr="00455071">
        <w:rPr>
          <w:b/>
          <w:sz w:val="28"/>
          <w:szCs w:val="28"/>
          <w:lang w:val="ru-RU"/>
        </w:rPr>
        <w:t xml:space="preserve">: </w:t>
      </w:r>
      <w:proofErr w:type="spellStart"/>
      <w:r w:rsidR="000230B2" w:rsidRPr="00455071">
        <w:rPr>
          <w:bCs/>
          <w:sz w:val="28"/>
          <w:szCs w:val="28"/>
          <w:lang w:val="ru-RU"/>
        </w:rPr>
        <w:t>Відділ</w:t>
      </w:r>
      <w:proofErr w:type="spellEnd"/>
      <w:r w:rsidR="000230B2" w:rsidRPr="00455071">
        <w:rPr>
          <w:bCs/>
          <w:sz w:val="28"/>
          <w:szCs w:val="28"/>
          <w:lang w:val="ru-RU"/>
        </w:rPr>
        <w:t xml:space="preserve"> з </w:t>
      </w:r>
      <w:proofErr w:type="spellStart"/>
      <w:r w:rsidR="000230B2" w:rsidRPr="00455071">
        <w:rPr>
          <w:bCs/>
          <w:sz w:val="28"/>
          <w:szCs w:val="28"/>
          <w:lang w:val="ru-RU"/>
        </w:rPr>
        <w:t>гуманітарних</w:t>
      </w:r>
      <w:proofErr w:type="spellEnd"/>
      <w:r w:rsidR="000230B2" w:rsidRPr="00455071">
        <w:rPr>
          <w:bCs/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bCs/>
          <w:sz w:val="28"/>
          <w:szCs w:val="28"/>
          <w:lang w:val="ru-RU"/>
        </w:rPr>
        <w:t>питань</w:t>
      </w:r>
      <w:proofErr w:type="spellEnd"/>
      <w:r w:rsidR="000230B2" w:rsidRPr="00455071">
        <w:rPr>
          <w:bCs/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bCs/>
          <w:sz w:val="28"/>
          <w:szCs w:val="28"/>
          <w:lang w:val="ru-RU"/>
        </w:rPr>
        <w:t>Верхньодніпровської</w:t>
      </w:r>
      <w:proofErr w:type="spellEnd"/>
      <w:r w:rsidR="000230B2" w:rsidRPr="00455071">
        <w:rPr>
          <w:bCs/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bCs/>
          <w:sz w:val="28"/>
          <w:szCs w:val="28"/>
          <w:lang w:val="ru-RU"/>
        </w:rPr>
        <w:t>міської</w:t>
      </w:r>
      <w:proofErr w:type="spellEnd"/>
      <w:r w:rsidR="000230B2" w:rsidRPr="00455071">
        <w:rPr>
          <w:bCs/>
          <w:sz w:val="28"/>
          <w:szCs w:val="28"/>
          <w:lang w:val="ru-RU"/>
        </w:rPr>
        <w:t xml:space="preserve"> ради</w:t>
      </w:r>
      <w:r w:rsidR="00306C50" w:rsidRPr="00455071">
        <w:rPr>
          <w:bCs/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455071">
        <w:rPr>
          <w:b/>
          <w:sz w:val="28"/>
          <w:szCs w:val="28"/>
          <w:lang w:val="ru-RU"/>
        </w:rPr>
        <w:t xml:space="preserve">6.Мета: </w:t>
      </w:r>
      <w:proofErr w:type="spellStart"/>
      <w:r w:rsidRPr="00455071">
        <w:rPr>
          <w:sz w:val="28"/>
          <w:szCs w:val="28"/>
          <w:lang w:val="ru-RU"/>
        </w:rPr>
        <w:t>формування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як </w:t>
      </w:r>
      <w:proofErr w:type="spellStart"/>
      <w:r w:rsidRPr="00455071">
        <w:rPr>
          <w:sz w:val="28"/>
          <w:szCs w:val="28"/>
          <w:lang w:val="ru-RU"/>
        </w:rPr>
        <w:t>стратегічної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складової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людського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капіталу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0230B2" w:rsidRPr="00455071">
        <w:rPr>
          <w:sz w:val="28"/>
          <w:szCs w:val="28"/>
          <w:lang w:val="ru-RU"/>
        </w:rPr>
        <w:t>громади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відчуття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належності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українського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суспільства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розвиток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її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життєстійкості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створення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можливостей</w:t>
      </w:r>
      <w:proofErr w:type="spellEnd"/>
      <w:r w:rsidRPr="00455071">
        <w:rPr>
          <w:sz w:val="28"/>
          <w:szCs w:val="28"/>
          <w:lang w:val="ru-RU"/>
        </w:rPr>
        <w:t xml:space="preserve"> для </w:t>
      </w:r>
      <w:proofErr w:type="spellStart"/>
      <w:r w:rsidRPr="00455071">
        <w:rPr>
          <w:sz w:val="28"/>
          <w:szCs w:val="28"/>
          <w:lang w:val="ru-RU"/>
        </w:rPr>
        <w:t>особистісної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самореалізації</w:t>
      </w:r>
      <w:proofErr w:type="spellEnd"/>
      <w:r w:rsidRPr="00455071">
        <w:rPr>
          <w:sz w:val="28"/>
          <w:szCs w:val="28"/>
          <w:lang w:val="ru-RU"/>
        </w:rPr>
        <w:t>.</w:t>
      </w:r>
    </w:p>
    <w:p w:rsidR="008C3D90" w:rsidRPr="00455071" w:rsidRDefault="00430FC8" w:rsidP="00532014">
      <w:pPr>
        <w:spacing w:after="80" w:line="24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</w:t>
      </w:r>
      <w:r w:rsidR="00E46ABA" w:rsidRPr="00455071">
        <w:rPr>
          <w:b/>
          <w:sz w:val="28"/>
          <w:szCs w:val="28"/>
          <w:lang w:val="ru-RU"/>
        </w:rPr>
        <w:t xml:space="preserve">7. Початок: </w:t>
      </w:r>
      <w:proofErr w:type="spellStart"/>
      <w:r w:rsidR="00E46ABA" w:rsidRPr="00455071">
        <w:rPr>
          <w:sz w:val="28"/>
          <w:szCs w:val="28"/>
          <w:lang w:val="ru-RU"/>
        </w:rPr>
        <w:t>січень</w:t>
      </w:r>
      <w:proofErr w:type="spellEnd"/>
      <w:r w:rsidR="00E46ABA" w:rsidRPr="00455071">
        <w:rPr>
          <w:sz w:val="28"/>
          <w:szCs w:val="28"/>
          <w:lang w:val="ru-RU"/>
        </w:rPr>
        <w:t xml:space="preserve"> 2027 року, </w:t>
      </w:r>
      <w:proofErr w:type="spellStart"/>
      <w:r w:rsidR="00E46ABA" w:rsidRPr="00455071">
        <w:rPr>
          <w:sz w:val="28"/>
          <w:szCs w:val="28"/>
          <w:lang w:val="ru-RU"/>
        </w:rPr>
        <w:t>закінчення</w:t>
      </w:r>
      <w:proofErr w:type="spellEnd"/>
      <w:r w:rsidR="00E46ABA" w:rsidRPr="00455071">
        <w:rPr>
          <w:sz w:val="28"/>
          <w:szCs w:val="28"/>
          <w:lang w:val="ru-RU"/>
        </w:rPr>
        <w:t xml:space="preserve">: </w:t>
      </w:r>
      <w:proofErr w:type="spellStart"/>
      <w:r w:rsidR="00E46ABA" w:rsidRPr="00455071">
        <w:rPr>
          <w:sz w:val="28"/>
          <w:szCs w:val="28"/>
          <w:lang w:val="ru-RU"/>
        </w:rPr>
        <w:t>грудень</w:t>
      </w:r>
      <w:proofErr w:type="spellEnd"/>
      <w:r w:rsidR="00E46ABA" w:rsidRPr="00455071">
        <w:rPr>
          <w:sz w:val="28"/>
          <w:szCs w:val="28"/>
          <w:lang w:val="ru-RU"/>
        </w:rPr>
        <w:t xml:space="preserve"> 20</w:t>
      </w:r>
      <w:r w:rsidR="000C2DC3">
        <w:rPr>
          <w:sz w:val="28"/>
          <w:szCs w:val="28"/>
          <w:lang w:val="ru-RU"/>
        </w:rPr>
        <w:t>31</w:t>
      </w:r>
      <w:r w:rsidR="00E46ABA" w:rsidRPr="00455071">
        <w:rPr>
          <w:sz w:val="28"/>
          <w:szCs w:val="28"/>
          <w:lang w:val="ru-RU"/>
        </w:rPr>
        <w:t xml:space="preserve"> року.</w:t>
      </w:r>
    </w:p>
    <w:p w:rsidR="008C3D90" w:rsidRPr="00455071" w:rsidRDefault="00430FC8" w:rsidP="00532014">
      <w:pPr>
        <w:spacing w:after="80" w:line="24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</w:t>
      </w:r>
      <w:r w:rsidR="00E46ABA" w:rsidRPr="00455071">
        <w:rPr>
          <w:b/>
          <w:sz w:val="28"/>
          <w:szCs w:val="28"/>
          <w:lang w:val="ru-RU"/>
        </w:rPr>
        <w:t xml:space="preserve">8. </w:t>
      </w:r>
      <w:proofErr w:type="spellStart"/>
      <w:r w:rsidR="00E46ABA" w:rsidRPr="00455071">
        <w:rPr>
          <w:b/>
          <w:sz w:val="28"/>
          <w:szCs w:val="28"/>
          <w:lang w:val="ru-RU"/>
        </w:rPr>
        <w:t>Етапи</w:t>
      </w:r>
      <w:proofErr w:type="spellEnd"/>
      <w:r w:rsidR="00E46ABA" w:rsidRPr="00455071">
        <w:rPr>
          <w:b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sz w:val="28"/>
          <w:szCs w:val="28"/>
          <w:lang w:val="ru-RU"/>
        </w:rPr>
        <w:t>виконання</w:t>
      </w:r>
      <w:proofErr w:type="spellEnd"/>
      <w:r w:rsidR="00E46ABA" w:rsidRPr="00455071">
        <w:rPr>
          <w:b/>
          <w:sz w:val="28"/>
          <w:szCs w:val="28"/>
          <w:lang w:val="ru-RU"/>
        </w:rPr>
        <w:t xml:space="preserve">: </w:t>
      </w:r>
      <w:proofErr w:type="spellStart"/>
      <w:r w:rsidR="00E46ABA" w:rsidRPr="00455071">
        <w:rPr>
          <w:sz w:val="28"/>
          <w:szCs w:val="28"/>
          <w:lang w:val="ru-RU"/>
        </w:rPr>
        <w:t>Програма</w:t>
      </w:r>
      <w:proofErr w:type="spellEnd"/>
      <w:r w:rsidR="00E46ABA" w:rsidRPr="00455071">
        <w:rPr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sz w:val="28"/>
          <w:szCs w:val="28"/>
          <w:lang w:val="ru-RU"/>
        </w:rPr>
        <w:t>виконується</w:t>
      </w:r>
      <w:proofErr w:type="spellEnd"/>
      <w:r w:rsidR="00E46ABA" w:rsidRPr="00455071">
        <w:rPr>
          <w:sz w:val="28"/>
          <w:szCs w:val="28"/>
          <w:lang w:val="ru-RU"/>
        </w:rPr>
        <w:t xml:space="preserve"> в один </w:t>
      </w:r>
      <w:proofErr w:type="spellStart"/>
      <w:r w:rsidR="00E46ABA" w:rsidRPr="00455071">
        <w:rPr>
          <w:sz w:val="28"/>
          <w:szCs w:val="28"/>
          <w:lang w:val="ru-RU"/>
        </w:rPr>
        <w:t>етап</w:t>
      </w:r>
      <w:proofErr w:type="spellEnd"/>
      <w:r w:rsidR="00E46ABA" w:rsidRPr="00455071">
        <w:rPr>
          <w:sz w:val="28"/>
          <w:szCs w:val="28"/>
          <w:lang w:val="ru-RU"/>
        </w:rPr>
        <w:t>.</w:t>
      </w:r>
    </w:p>
    <w:p w:rsidR="000230B2" w:rsidRPr="00455071" w:rsidRDefault="009E2CD8" w:rsidP="00532014">
      <w:pPr>
        <w:spacing w:before="160" w:after="120" w:line="240" w:lineRule="auto"/>
        <w:ind w:firstLine="504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0230B2" w:rsidRPr="00455071">
        <w:rPr>
          <w:b/>
          <w:sz w:val="28"/>
          <w:szCs w:val="28"/>
          <w:lang w:val="ru-RU"/>
        </w:rPr>
        <w:t>9</w:t>
      </w:r>
      <w:r w:rsidR="00E46ABA" w:rsidRPr="00455071">
        <w:rPr>
          <w:b/>
          <w:sz w:val="28"/>
          <w:szCs w:val="28"/>
          <w:lang w:val="ru-RU"/>
        </w:rPr>
        <w:t xml:space="preserve">. </w:t>
      </w:r>
      <w:proofErr w:type="spellStart"/>
      <w:r w:rsidR="00E46ABA" w:rsidRPr="00455071">
        <w:rPr>
          <w:b/>
          <w:sz w:val="28"/>
          <w:szCs w:val="28"/>
          <w:lang w:val="ru-RU"/>
        </w:rPr>
        <w:t>Загальні</w:t>
      </w:r>
      <w:proofErr w:type="spellEnd"/>
      <w:r w:rsidR="00E46ABA" w:rsidRPr="00455071">
        <w:rPr>
          <w:b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sz w:val="28"/>
          <w:szCs w:val="28"/>
          <w:lang w:val="ru-RU"/>
        </w:rPr>
        <w:t>обсяги</w:t>
      </w:r>
      <w:proofErr w:type="spellEnd"/>
      <w:r w:rsidR="00E46ABA" w:rsidRPr="00455071">
        <w:rPr>
          <w:b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sz w:val="28"/>
          <w:szCs w:val="28"/>
          <w:lang w:val="ru-RU"/>
        </w:rPr>
        <w:t>фінансування</w:t>
      </w:r>
      <w:proofErr w:type="spellEnd"/>
      <w:r w:rsidR="00E46ABA" w:rsidRPr="00455071">
        <w:rPr>
          <w:b/>
          <w:sz w:val="28"/>
          <w:szCs w:val="28"/>
          <w:lang w:val="ru-RU"/>
        </w:rPr>
        <w:t xml:space="preserve"> (тис. </w:t>
      </w:r>
      <w:proofErr w:type="spellStart"/>
      <w:r w:rsidR="00E46ABA" w:rsidRPr="00455071">
        <w:rPr>
          <w:b/>
          <w:sz w:val="28"/>
          <w:szCs w:val="28"/>
          <w:lang w:val="ru-RU"/>
        </w:rPr>
        <w:t>грн</w:t>
      </w:r>
      <w:proofErr w:type="spellEnd"/>
      <w:r w:rsidR="00E46ABA" w:rsidRPr="00455071">
        <w:rPr>
          <w:b/>
          <w:sz w:val="28"/>
          <w:szCs w:val="28"/>
          <w:lang w:val="ru-RU"/>
        </w:rPr>
        <w:t>):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2823"/>
        <w:gridCol w:w="1254"/>
        <w:gridCol w:w="1134"/>
        <w:gridCol w:w="1134"/>
        <w:gridCol w:w="1276"/>
        <w:gridCol w:w="1134"/>
        <w:gridCol w:w="1094"/>
      </w:tblGrid>
      <w:tr w:rsidR="00812C4D" w:rsidRPr="00407E2B" w:rsidTr="00407E2B">
        <w:trPr>
          <w:trHeight w:val="310"/>
        </w:trPr>
        <w:tc>
          <w:tcPr>
            <w:tcW w:w="2823" w:type="dxa"/>
            <w:vMerge w:val="restart"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Джерела</w:t>
            </w:r>
            <w:proofErr w:type="spellEnd"/>
            <w:r w:rsidRPr="00407E2B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фінансування</w:t>
            </w:r>
            <w:proofErr w:type="spellEnd"/>
          </w:p>
        </w:tc>
        <w:tc>
          <w:tcPr>
            <w:tcW w:w="1254" w:type="dxa"/>
            <w:vMerge w:val="restart"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Обсяг</w:t>
            </w:r>
            <w:proofErr w:type="spellEnd"/>
            <w:r w:rsidRPr="00407E2B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фінансування</w:t>
            </w:r>
            <w:proofErr w:type="spellEnd"/>
            <w:r w:rsidRPr="00407E2B">
              <w:rPr>
                <w:b/>
                <w:b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усього</w:t>
            </w:r>
            <w:proofErr w:type="spellEnd"/>
          </w:p>
        </w:tc>
        <w:tc>
          <w:tcPr>
            <w:tcW w:w="5772" w:type="dxa"/>
            <w:gridSpan w:val="5"/>
          </w:tcPr>
          <w:p w:rsidR="00812C4D" w:rsidRPr="00407E2B" w:rsidRDefault="00812C4D" w:rsidP="0040368B">
            <w:pPr>
              <w:spacing w:before="160" w:after="12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Значення</w:t>
            </w:r>
            <w:proofErr w:type="spellEnd"/>
            <w:r w:rsidRPr="00407E2B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показників</w:t>
            </w:r>
            <w:proofErr w:type="spellEnd"/>
          </w:p>
        </w:tc>
      </w:tr>
      <w:tr w:rsidR="00812C4D" w:rsidRPr="00B600AA" w:rsidTr="00407E2B">
        <w:trPr>
          <w:trHeight w:val="310"/>
        </w:trPr>
        <w:tc>
          <w:tcPr>
            <w:tcW w:w="2823" w:type="dxa"/>
            <w:vMerge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54" w:type="dxa"/>
            <w:vMerge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5772" w:type="dxa"/>
            <w:gridSpan w:val="5"/>
          </w:tcPr>
          <w:p w:rsidR="00812C4D" w:rsidRPr="00407E2B" w:rsidRDefault="00812C4D" w:rsidP="0040368B">
            <w:pPr>
              <w:spacing w:before="160" w:after="120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b/>
                <w:bCs/>
                <w:sz w:val="26"/>
                <w:szCs w:val="26"/>
                <w:lang w:val="ru-RU"/>
              </w:rPr>
              <w:t xml:space="preserve">У тому </w:t>
            </w: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числі</w:t>
            </w:r>
            <w:proofErr w:type="spellEnd"/>
            <w:r w:rsidRPr="00407E2B">
              <w:rPr>
                <w:b/>
                <w:bCs/>
                <w:sz w:val="26"/>
                <w:szCs w:val="26"/>
                <w:lang w:val="ru-RU"/>
              </w:rPr>
              <w:t xml:space="preserve"> за роками</w:t>
            </w:r>
          </w:p>
        </w:tc>
      </w:tr>
      <w:tr w:rsidR="00812C4D" w:rsidRPr="00407E2B" w:rsidTr="00407E2B">
        <w:trPr>
          <w:trHeight w:val="310"/>
        </w:trPr>
        <w:tc>
          <w:tcPr>
            <w:tcW w:w="2823" w:type="dxa"/>
            <w:vMerge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54" w:type="dxa"/>
            <w:vMerge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b/>
                <w:bCs/>
                <w:sz w:val="26"/>
                <w:szCs w:val="26"/>
                <w:lang w:val="ru-RU"/>
              </w:rPr>
              <w:t>2027</w:t>
            </w:r>
          </w:p>
        </w:tc>
        <w:tc>
          <w:tcPr>
            <w:tcW w:w="1134" w:type="dxa"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b/>
                <w:bCs/>
                <w:sz w:val="26"/>
                <w:szCs w:val="26"/>
                <w:lang w:val="ru-RU"/>
              </w:rPr>
              <w:t>2028</w:t>
            </w:r>
          </w:p>
        </w:tc>
        <w:tc>
          <w:tcPr>
            <w:tcW w:w="1276" w:type="dxa"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b/>
                <w:bCs/>
                <w:sz w:val="26"/>
                <w:szCs w:val="26"/>
                <w:lang w:val="ru-RU"/>
              </w:rPr>
              <w:t>2029</w:t>
            </w:r>
          </w:p>
        </w:tc>
        <w:tc>
          <w:tcPr>
            <w:tcW w:w="1134" w:type="dxa"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b/>
                <w:bCs/>
                <w:sz w:val="26"/>
                <w:szCs w:val="26"/>
                <w:lang w:val="ru-RU"/>
              </w:rPr>
              <w:t>2030</w:t>
            </w:r>
          </w:p>
        </w:tc>
        <w:tc>
          <w:tcPr>
            <w:tcW w:w="1094" w:type="dxa"/>
          </w:tcPr>
          <w:p w:rsidR="00812C4D" w:rsidRPr="00407E2B" w:rsidRDefault="00812C4D" w:rsidP="00F669B8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b/>
                <w:bCs/>
                <w:sz w:val="26"/>
                <w:szCs w:val="26"/>
                <w:lang w:val="ru-RU"/>
              </w:rPr>
              <w:t>2031</w:t>
            </w:r>
          </w:p>
        </w:tc>
      </w:tr>
      <w:tr w:rsidR="00407E2B" w:rsidRPr="00407E2B" w:rsidTr="00407E2B">
        <w:tc>
          <w:tcPr>
            <w:tcW w:w="2823" w:type="dxa"/>
          </w:tcPr>
          <w:p w:rsidR="00407E2B" w:rsidRPr="00407E2B" w:rsidRDefault="00407E2B" w:rsidP="00407E2B">
            <w:pPr>
              <w:spacing w:before="160" w:after="120"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407E2B">
              <w:rPr>
                <w:sz w:val="26"/>
                <w:szCs w:val="26"/>
                <w:lang w:val="ru-RU"/>
              </w:rPr>
              <w:t>Міський</w:t>
            </w:r>
            <w:proofErr w:type="spellEnd"/>
            <w:r w:rsidRPr="00407E2B">
              <w:rPr>
                <w:sz w:val="26"/>
                <w:szCs w:val="26"/>
                <w:lang w:val="ru-RU"/>
              </w:rPr>
              <w:t xml:space="preserve"> бюджет</w:t>
            </w:r>
          </w:p>
        </w:tc>
        <w:tc>
          <w:tcPr>
            <w:tcW w:w="1254" w:type="dxa"/>
            <w:vAlign w:val="center"/>
          </w:tcPr>
          <w:p w:rsidR="00407E2B" w:rsidRPr="00407E2B" w:rsidRDefault="00407E2B" w:rsidP="00407E2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6 613,0</w:t>
            </w:r>
          </w:p>
        </w:tc>
        <w:tc>
          <w:tcPr>
            <w:tcW w:w="1134" w:type="dxa"/>
            <w:vAlign w:val="center"/>
          </w:tcPr>
          <w:p w:rsidR="00407E2B" w:rsidRPr="00407E2B" w:rsidRDefault="00407E2B" w:rsidP="00407E2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1 313,0</w:t>
            </w:r>
          </w:p>
        </w:tc>
        <w:tc>
          <w:tcPr>
            <w:tcW w:w="1134" w:type="dxa"/>
            <w:vAlign w:val="center"/>
          </w:tcPr>
          <w:p w:rsidR="00407E2B" w:rsidRPr="00407E2B" w:rsidRDefault="00407E2B" w:rsidP="00407E2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  <w:tc>
          <w:tcPr>
            <w:tcW w:w="1276" w:type="dxa"/>
            <w:vAlign w:val="center"/>
          </w:tcPr>
          <w:p w:rsidR="00407E2B" w:rsidRPr="00407E2B" w:rsidRDefault="00407E2B" w:rsidP="00407E2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  <w:tc>
          <w:tcPr>
            <w:tcW w:w="1134" w:type="dxa"/>
            <w:vAlign w:val="center"/>
          </w:tcPr>
          <w:p w:rsidR="00407E2B" w:rsidRPr="00407E2B" w:rsidRDefault="00407E2B" w:rsidP="00407E2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  <w:tc>
          <w:tcPr>
            <w:tcW w:w="1094" w:type="dxa"/>
            <w:vAlign w:val="center"/>
          </w:tcPr>
          <w:p w:rsidR="00407E2B" w:rsidRPr="00407E2B" w:rsidRDefault="00407E2B" w:rsidP="00407E2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</w:tr>
      <w:tr w:rsidR="0040368B" w:rsidRPr="00407E2B" w:rsidTr="00407E2B">
        <w:tc>
          <w:tcPr>
            <w:tcW w:w="2823" w:type="dxa"/>
          </w:tcPr>
          <w:p w:rsidR="0040368B" w:rsidRPr="00407E2B" w:rsidRDefault="0040368B" w:rsidP="0040368B">
            <w:pPr>
              <w:spacing w:before="160" w:after="120"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407E2B">
              <w:rPr>
                <w:sz w:val="26"/>
                <w:szCs w:val="26"/>
                <w:lang w:val="ru-RU"/>
              </w:rPr>
              <w:t>Інші</w:t>
            </w:r>
            <w:proofErr w:type="spellEnd"/>
            <w:r w:rsidRPr="00407E2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07E2B">
              <w:rPr>
                <w:sz w:val="26"/>
                <w:szCs w:val="26"/>
                <w:lang w:val="ru-RU"/>
              </w:rPr>
              <w:t>джерела</w:t>
            </w:r>
            <w:proofErr w:type="spellEnd"/>
          </w:p>
        </w:tc>
        <w:tc>
          <w:tcPr>
            <w:tcW w:w="125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407E2B">
              <w:rPr>
                <w:rFonts w:cs="Times New Roman"/>
                <w:sz w:val="26"/>
                <w:szCs w:val="26"/>
                <w:lang w:val="uk-UA"/>
              </w:rPr>
              <w:t>0,0</w:t>
            </w:r>
          </w:p>
        </w:tc>
        <w:tc>
          <w:tcPr>
            <w:tcW w:w="113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407E2B">
              <w:rPr>
                <w:rFonts w:cs="Times New Roman"/>
                <w:sz w:val="26"/>
                <w:szCs w:val="26"/>
                <w:lang w:val="uk-UA"/>
              </w:rPr>
              <w:t>0,0</w:t>
            </w:r>
          </w:p>
        </w:tc>
        <w:tc>
          <w:tcPr>
            <w:tcW w:w="113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407E2B">
              <w:rPr>
                <w:rFonts w:cs="Times New Roman"/>
                <w:sz w:val="26"/>
                <w:szCs w:val="26"/>
                <w:lang w:val="uk-UA"/>
              </w:rPr>
              <w:t>0,0</w:t>
            </w:r>
          </w:p>
        </w:tc>
        <w:tc>
          <w:tcPr>
            <w:tcW w:w="1276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407E2B">
              <w:rPr>
                <w:rFonts w:cs="Times New Roman"/>
                <w:sz w:val="26"/>
                <w:szCs w:val="26"/>
                <w:lang w:val="uk-UA"/>
              </w:rPr>
              <w:t>0,0</w:t>
            </w:r>
          </w:p>
        </w:tc>
        <w:tc>
          <w:tcPr>
            <w:tcW w:w="113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407E2B">
              <w:rPr>
                <w:rFonts w:cs="Times New Roman"/>
                <w:sz w:val="26"/>
                <w:szCs w:val="26"/>
                <w:lang w:val="uk-UA"/>
              </w:rPr>
              <w:t>0,0</w:t>
            </w:r>
          </w:p>
        </w:tc>
        <w:tc>
          <w:tcPr>
            <w:tcW w:w="109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sz w:val="26"/>
                <w:szCs w:val="26"/>
                <w:lang w:val="uk-UA"/>
              </w:rPr>
            </w:pPr>
            <w:r w:rsidRPr="00407E2B">
              <w:rPr>
                <w:rFonts w:cs="Times New Roman"/>
                <w:sz w:val="26"/>
                <w:szCs w:val="26"/>
                <w:lang w:val="uk-UA"/>
              </w:rPr>
              <w:t>0,0</w:t>
            </w:r>
          </w:p>
        </w:tc>
      </w:tr>
      <w:tr w:rsidR="0040368B" w:rsidRPr="00407E2B" w:rsidTr="00407E2B">
        <w:tc>
          <w:tcPr>
            <w:tcW w:w="2823" w:type="dxa"/>
          </w:tcPr>
          <w:p w:rsidR="0040368B" w:rsidRPr="00407E2B" w:rsidRDefault="0040368B" w:rsidP="0040368B">
            <w:pPr>
              <w:spacing w:before="160" w:after="120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407E2B">
              <w:rPr>
                <w:b/>
                <w:bCs/>
                <w:sz w:val="26"/>
                <w:szCs w:val="26"/>
                <w:lang w:val="ru-RU"/>
              </w:rPr>
              <w:t>Усього</w:t>
            </w:r>
            <w:proofErr w:type="spellEnd"/>
            <w:r w:rsidRPr="00407E2B">
              <w:rPr>
                <w:b/>
                <w:b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25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6 613,0</w:t>
            </w:r>
          </w:p>
        </w:tc>
        <w:tc>
          <w:tcPr>
            <w:tcW w:w="113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1 313,0</w:t>
            </w:r>
          </w:p>
        </w:tc>
        <w:tc>
          <w:tcPr>
            <w:tcW w:w="113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  <w:tc>
          <w:tcPr>
            <w:tcW w:w="1276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  <w:tc>
          <w:tcPr>
            <w:tcW w:w="113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  <w:tc>
          <w:tcPr>
            <w:tcW w:w="1094" w:type="dxa"/>
            <w:vAlign w:val="center"/>
          </w:tcPr>
          <w:p w:rsidR="0040368B" w:rsidRPr="00407E2B" w:rsidRDefault="0040368B" w:rsidP="0040368B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ru-RU"/>
              </w:rPr>
            </w:pPr>
            <w:r w:rsidRPr="00407E2B">
              <w:rPr>
                <w:rFonts w:cs="Times New Roman"/>
                <w:b/>
                <w:bCs/>
                <w:sz w:val="26"/>
                <w:szCs w:val="26"/>
                <w:lang w:val="ru-RU"/>
              </w:rPr>
              <w:t>1 325,0</w:t>
            </w:r>
          </w:p>
        </w:tc>
      </w:tr>
    </w:tbl>
    <w:p w:rsidR="00532014" w:rsidRDefault="00532014" w:rsidP="00F669B8">
      <w:pPr>
        <w:spacing w:before="200" w:after="120"/>
        <w:ind w:firstLine="504"/>
        <w:jc w:val="both"/>
        <w:rPr>
          <w:b/>
          <w:color w:val="auto"/>
          <w:sz w:val="28"/>
          <w:szCs w:val="28"/>
          <w:lang w:val="ru-RU"/>
        </w:rPr>
      </w:pPr>
    </w:p>
    <w:p w:rsidR="009E2CD8" w:rsidRDefault="009E2CD8" w:rsidP="00F669B8">
      <w:pPr>
        <w:spacing w:before="200" w:after="120"/>
        <w:ind w:firstLine="504"/>
        <w:jc w:val="both"/>
        <w:rPr>
          <w:b/>
          <w:color w:val="auto"/>
          <w:sz w:val="28"/>
          <w:szCs w:val="28"/>
          <w:lang w:val="ru-RU"/>
        </w:rPr>
      </w:pPr>
    </w:p>
    <w:p w:rsidR="009E2CD8" w:rsidRDefault="009E2CD8" w:rsidP="00F669B8">
      <w:pPr>
        <w:spacing w:before="200" w:after="120"/>
        <w:ind w:firstLine="504"/>
        <w:jc w:val="both"/>
        <w:rPr>
          <w:b/>
          <w:color w:val="auto"/>
          <w:sz w:val="28"/>
          <w:szCs w:val="28"/>
          <w:lang w:val="ru-RU"/>
        </w:rPr>
      </w:pPr>
    </w:p>
    <w:p w:rsidR="00B47A8B" w:rsidRPr="00834780" w:rsidRDefault="00E46ABA" w:rsidP="00F669B8">
      <w:pPr>
        <w:spacing w:before="200" w:after="120"/>
        <w:ind w:firstLine="504"/>
        <w:jc w:val="both"/>
        <w:rPr>
          <w:b/>
          <w:color w:val="auto"/>
          <w:sz w:val="28"/>
          <w:szCs w:val="28"/>
          <w:lang w:val="ru-RU"/>
        </w:rPr>
      </w:pPr>
      <w:r w:rsidRPr="00834780">
        <w:rPr>
          <w:b/>
          <w:color w:val="auto"/>
          <w:sz w:val="28"/>
          <w:szCs w:val="28"/>
          <w:lang w:val="ru-RU"/>
        </w:rPr>
        <w:lastRenderedPageBreak/>
        <w:t>1</w:t>
      </w:r>
      <w:r w:rsidR="00834780" w:rsidRPr="00834780">
        <w:rPr>
          <w:b/>
          <w:color w:val="auto"/>
          <w:sz w:val="28"/>
          <w:szCs w:val="28"/>
          <w:lang w:val="ru-RU"/>
        </w:rPr>
        <w:t>0</w:t>
      </w:r>
      <w:r w:rsidRPr="00834780">
        <w:rPr>
          <w:b/>
          <w:color w:val="auto"/>
          <w:sz w:val="28"/>
          <w:szCs w:val="28"/>
          <w:lang w:val="ru-RU"/>
        </w:rPr>
        <w:t xml:space="preserve">. </w:t>
      </w:r>
      <w:proofErr w:type="spellStart"/>
      <w:r w:rsidRPr="00834780">
        <w:rPr>
          <w:b/>
          <w:color w:val="auto"/>
          <w:sz w:val="28"/>
          <w:szCs w:val="28"/>
          <w:lang w:val="ru-RU"/>
        </w:rPr>
        <w:t>Результативні</w:t>
      </w:r>
      <w:proofErr w:type="spellEnd"/>
      <w:r w:rsidRPr="00834780">
        <w:rPr>
          <w:b/>
          <w:color w:val="auto"/>
          <w:sz w:val="28"/>
          <w:szCs w:val="28"/>
          <w:lang w:val="ru-RU"/>
        </w:rPr>
        <w:t xml:space="preserve"> </w:t>
      </w:r>
      <w:proofErr w:type="spellStart"/>
      <w:r w:rsidRPr="00834780">
        <w:rPr>
          <w:b/>
          <w:color w:val="auto"/>
          <w:sz w:val="28"/>
          <w:szCs w:val="28"/>
          <w:lang w:val="ru-RU"/>
        </w:rPr>
        <w:t>показники</w:t>
      </w:r>
      <w:proofErr w:type="spellEnd"/>
      <w:r w:rsidRPr="00834780">
        <w:rPr>
          <w:b/>
          <w:color w:val="auto"/>
          <w:sz w:val="28"/>
          <w:szCs w:val="28"/>
          <w:lang w:val="ru-RU"/>
        </w:rPr>
        <w:t xml:space="preserve"> </w:t>
      </w:r>
      <w:proofErr w:type="spellStart"/>
      <w:r w:rsidRPr="00834780">
        <w:rPr>
          <w:b/>
          <w:color w:val="auto"/>
          <w:sz w:val="28"/>
          <w:szCs w:val="28"/>
          <w:lang w:val="ru-RU"/>
        </w:rPr>
        <w:t>виконання</w:t>
      </w:r>
      <w:proofErr w:type="spellEnd"/>
      <w:r w:rsidRPr="00834780">
        <w:rPr>
          <w:b/>
          <w:color w:val="auto"/>
          <w:sz w:val="28"/>
          <w:szCs w:val="28"/>
          <w:lang w:val="ru-RU"/>
        </w:rPr>
        <w:t xml:space="preserve"> </w:t>
      </w:r>
      <w:proofErr w:type="spellStart"/>
      <w:r w:rsidRPr="00834780">
        <w:rPr>
          <w:b/>
          <w:color w:val="auto"/>
          <w:sz w:val="28"/>
          <w:szCs w:val="28"/>
          <w:lang w:val="ru-RU"/>
        </w:rPr>
        <w:t>цільової</w:t>
      </w:r>
      <w:proofErr w:type="spellEnd"/>
      <w:r w:rsidRPr="00834780">
        <w:rPr>
          <w:b/>
          <w:color w:val="auto"/>
          <w:sz w:val="28"/>
          <w:szCs w:val="28"/>
          <w:lang w:val="ru-RU"/>
        </w:rPr>
        <w:t xml:space="preserve"> </w:t>
      </w:r>
      <w:proofErr w:type="spellStart"/>
      <w:r w:rsidRPr="00834780">
        <w:rPr>
          <w:b/>
          <w:color w:val="auto"/>
          <w:sz w:val="28"/>
          <w:szCs w:val="28"/>
          <w:lang w:val="ru-RU"/>
        </w:rPr>
        <w:t>програми</w:t>
      </w:r>
      <w:proofErr w:type="spellEnd"/>
      <w:r w:rsidRPr="00834780">
        <w:rPr>
          <w:b/>
          <w:color w:val="auto"/>
          <w:sz w:val="28"/>
          <w:szCs w:val="28"/>
          <w:lang w:val="ru-RU"/>
        </w:rPr>
        <w:t>: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132"/>
        <w:gridCol w:w="1912"/>
        <w:gridCol w:w="1208"/>
        <w:gridCol w:w="975"/>
        <w:gridCol w:w="749"/>
        <w:gridCol w:w="704"/>
        <w:gridCol w:w="704"/>
        <w:gridCol w:w="704"/>
        <w:gridCol w:w="768"/>
      </w:tblGrid>
      <w:tr w:rsidR="00532014" w:rsidRPr="00532014" w:rsidTr="007B5794">
        <w:trPr>
          <w:trHeight w:val="1365"/>
        </w:trPr>
        <w:tc>
          <w:tcPr>
            <w:tcW w:w="2224" w:type="dxa"/>
            <w:vMerge w:val="restart"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  <w:proofErr w:type="spellStart"/>
            <w:r w:rsidRPr="00532014">
              <w:rPr>
                <w:b/>
                <w:szCs w:val="24"/>
                <w:lang w:val="ru-RU"/>
              </w:rPr>
              <w:t>Назва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/>
                <w:szCs w:val="24"/>
                <w:lang w:val="ru-RU"/>
              </w:rPr>
              <w:t>завдання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/>
                <w:szCs w:val="24"/>
                <w:lang w:val="ru-RU"/>
              </w:rPr>
              <w:t>Програми</w:t>
            </w:r>
            <w:proofErr w:type="spellEnd"/>
          </w:p>
        </w:tc>
        <w:tc>
          <w:tcPr>
            <w:tcW w:w="1992" w:type="dxa"/>
            <w:vMerge w:val="restart"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  <w:proofErr w:type="spellStart"/>
            <w:r w:rsidRPr="00532014">
              <w:rPr>
                <w:b/>
                <w:szCs w:val="24"/>
                <w:lang w:val="ru-RU"/>
              </w:rPr>
              <w:t>Результативні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/>
                <w:szCs w:val="24"/>
                <w:lang w:val="ru-RU"/>
              </w:rPr>
              <w:t>Показники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/>
                <w:szCs w:val="24"/>
                <w:lang w:val="ru-RU"/>
              </w:rPr>
              <w:t>виконання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/>
                <w:szCs w:val="24"/>
                <w:lang w:val="ru-RU"/>
              </w:rPr>
              <w:t>Програми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(</w:t>
            </w:r>
            <w:proofErr w:type="spellStart"/>
            <w:r w:rsidRPr="00532014">
              <w:rPr>
                <w:b/>
                <w:szCs w:val="24"/>
                <w:lang w:val="ru-RU"/>
              </w:rPr>
              <w:t>кількісні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та </w:t>
            </w:r>
            <w:proofErr w:type="spellStart"/>
            <w:r w:rsidRPr="00532014">
              <w:rPr>
                <w:b/>
                <w:szCs w:val="24"/>
                <w:lang w:val="ru-RU"/>
              </w:rPr>
              <w:t>якісні</w:t>
            </w:r>
            <w:proofErr w:type="spellEnd"/>
            <w:r w:rsidRPr="00532014">
              <w:rPr>
                <w:b/>
                <w:szCs w:val="24"/>
                <w:lang w:val="ru-RU"/>
              </w:rPr>
              <w:t>)</w:t>
            </w:r>
          </w:p>
        </w:tc>
        <w:tc>
          <w:tcPr>
            <w:tcW w:w="1067" w:type="dxa"/>
            <w:vMerge w:val="restart"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  <w:proofErr w:type="spellStart"/>
            <w:r w:rsidRPr="00532014">
              <w:rPr>
                <w:b/>
                <w:szCs w:val="24"/>
                <w:lang w:val="ru-RU"/>
              </w:rPr>
              <w:t>Одиниця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/>
                <w:szCs w:val="24"/>
                <w:lang w:val="ru-RU"/>
              </w:rPr>
              <w:t>виміру</w:t>
            </w:r>
            <w:proofErr w:type="spellEnd"/>
          </w:p>
        </w:tc>
        <w:tc>
          <w:tcPr>
            <w:tcW w:w="4566" w:type="dxa"/>
            <w:gridSpan w:val="6"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  <w:proofErr w:type="spellStart"/>
            <w:r w:rsidRPr="00532014">
              <w:rPr>
                <w:b/>
                <w:szCs w:val="24"/>
                <w:lang w:val="ru-RU"/>
              </w:rPr>
              <w:t>Значення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/>
                <w:szCs w:val="24"/>
                <w:lang w:val="ru-RU"/>
              </w:rPr>
              <w:t>показника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</w:t>
            </w:r>
          </w:p>
        </w:tc>
      </w:tr>
      <w:tr w:rsidR="007B5794" w:rsidRPr="00B600AA" w:rsidTr="007B5794">
        <w:trPr>
          <w:trHeight w:val="390"/>
        </w:trPr>
        <w:tc>
          <w:tcPr>
            <w:tcW w:w="2224" w:type="dxa"/>
            <w:vMerge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</w:p>
        </w:tc>
        <w:tc>
          <w:tcPr>
            <w:tcW w:w="1992" w:type="dxa"/>
            <w:vMerge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</w:p>
        </w:tc>
        <w:tc>
          <w:tcPr>
            <w:tcW w:w="1067" w:type="dxa"/>
            <w:vMerge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</w:p>
        </w:tc>
        <w:tc>
          <w:tcPr>
            <w:tcW w:w="4566" w:type="dxa"/>
            <w:gridSpan w:val="6"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  <w:r w:rsidRPr="00532014">
              <w:rPr>
                <w:b/>
                <w:szCs w:val="24"/>
                <w:lang w:val="ru-RU"/>
              </w:rPr>
              <w:t xml:space="preserve">У тому </w:t>
            </w:r>
            <w:proofErr w:type="spellStart"/>
            <w:r w:rsidRPr="00532014">
              <w:rPr>
                <w:b/>
                <w:szCs w:val="24"/>
                <w:lang w:val="ru-RU"/>
              </w:rPr>
              <w:t>числі</w:t>
            </w:r>
            <w:proofErr w:type="spellEnd"/>
            <w:r w:rsidRPr="00532014">
              <w:rPr>
                <w:b/>
                <w:szCs w:val="24"/>
                <w:lang w:val="ru-RU"/>
              </w:rPr>
              <w:t xml:space="preserve"> за роками</w:t>
            </w:r>
          </w:p>
        </w:tc>
      </w:tr>
      <w:tr w:rsidR="007B5794" w:rsidRPr="00532014" w:rsidTr="007B5794">
        <w:trPr>
          <w:trHeight w:val="480"/>
        </w:trPr>
        <w:tc>
          <w:tcPr>
            <w:tcW w:w="2224" w:type="dxa"/>
            <w:vMerge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</w:p>
        </w:tc>
        <w:tc>
          <w:tcPr>
            <w:tcW w:w="1992" w:type="dxa"/>
            <w:vMerge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</w:p>
        </w:tc>
        <w:tc>
          <w:tcPr>
            <w:tcW w:w="1067" w:type="dxa"/>
            <w:vMerge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</w:p>
        </w:tc>
        <w:tc>
          <w:tcPr>
            <w:tcW w:w="849" w:type="dxa"/>
          </w:tcPr>
          <w:p w:rsidR="007B5794" w:rsidRPr="00532014" w:rsidRDefault="007B5794" w:rsidP="00F669B8">
            <w:pPr>
              <w:spacing w:before="200" w:after="120"/>
              <w:jc w:val="both"/>
              <w:rPr>
                <w:b/>
                <w:szCs w:val="24"/>
                <w:lang w:val="ru-RU"/>
              </w:rPr>
            </w:pPr>
            <w:proofErr w:type="spellStart"/>
            <w:r w:rsidRPr="00532014">
              <w:rPr>
                <w:b/>
                <w:szCs w:val="24"/>
                <w:lang w:val="ru-RU"/>
              </w:rPr>
              <w:t>Усього</w:t>
            </w:r>
            <w:proofErr w:type="spellEnd"/>
          </w:p>
        </w:tc>
        <w:tc>
          <w:tcPr>
            <w:tcW w:w="780" w:type="dxa"/>
          </w:tcPr>
          <w:p w:rsidR="007B5794" w:rsidRPr="00532014" w:rsidRDefault="007B5794" w:rsidP="00F669B8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2027</w:t>
            </w:r>
          </w:p>
        </w:tc>
        <w:tc>
          <w:tcPr>
            <w:tcW w:w="709" w:type="dxa"/>
          </w:tcPr>
          <w:p w:rsidR="007B5794" w:rsidRPr="00532014" w:rsidRDefault="007B5794" w:rsidP="00F669B8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2028</w:t>
            </w:r>
          </w:p>
        </w:tc>
        <w:tc>
          <w:tcPr>
            <w:tcW w:w="709" w:type="dxa"/>
          </w:tcPr>
          <w:p w:rsidR="007B5794" w:rsidRPr="00532014" w:rsidRDefault="007B5794" w:rsidP="00F669B8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2029</w:t>
            </w:r>
          </w:p>
        </w:tc>
        <w:tc>
          <w:tcPr>
            <w:tcW w:w="709" w:type="dxa"/>
          </w:tcPr>
          <w:p w:rsidR="007B5794" w:rsidRPr="00532014" w:rsidRDefault="007B5794" w:rsidP="00F669B8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2030</w:t>
            </w:r>
          </w:p>
        </w:tc>
        <w:tc>
          <w:tcPr>
            <w:tcW w:w="810" w:type="dxa"/>
          </w:tcPr>
          <w:p w:rsidR="007B5794" w:rsidRPr="00532014" w:rsidRDefault="007B5794" w:rsidP="00F669B8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2031</w:t>
            </w:r>
          </w:p>
        </w:tc>
      </w:tr>
      <w:tr w:rsidR="007300AB" w:rsidRPr="00532014" w:rsidTr="007B5794">
        <w:tc>
          <w:tcPr>
            <w:tcW w:w="2224" w:type="dxa"/>
            <w:vMerge w:val="restart"/>
          </w:tcPr>
          <w:p w:rsidR="007300AB" w:rsidRPr="00532014" w:rsidRDefault="007300AB" w:rsidP="007300AB">
            <w:pPr>
              <w:jc w:val="both"/>
              <w:rPr>
                <w:b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t xml:space="preserve">1.Розвиток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лідерського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потенціалу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та компетентностей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</w:t>
            </w:r>
            <w:proofErr w:type="spellEnd"/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10389A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25</w:t>
            </w:r>
          </w:p>
        </w:tc>
        <w:tc>
          <w:tcPr>
            <w:tcW w:w="780" w:type="dxa"/>
          </w:tcPr>
          <w:p w:rsidR="007300AB" w:rsidRPr="00532014" w:rsidRDefault="0010389A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10389A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10389A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10389A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810" w:type="dxa"/>
          </w:tcPr>
          <w:p w:rsidR="007300AB" w:rsidRPr="00532014" w:rsidRDefault="0010389A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</w:tr>
      <w:tr w:rsidR="007300AB" w:rsidRPr="00532014" w:rsidTr="007B5794">
        <w:tc>
          <w:tcPr>
            <w:tcW w:w="2224" w:type="dxa"/>
            <w:vMerge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335</w:t>
            </w:r>
          </w:p>
        </w:tc>
        <w:tc>
          <w:tcPr>
            <w:tcW w:w="78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6</w:t>
            </w:r>
            <w:r w:rsidR="007300AB" w:rsidRPr="00532014">
              <w:rPr>
                <w:bCs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65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70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70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70</w:t>
            </w:r>
          </w:p>
        </w:tc>
      </w:tr>
      <w:tr w:rsidR="0022543B" w:rsidRPr="00532014" w:rsidTr="007B5794">
        <w:tc>
          <w:tcPr>
            <w:tcW w:w="2224" w:type="dxa"/>
            <w:vMerge w:val="restart"/>
          </w:tcPr>
          <w:p w:rsidR="0022543B" w:rsidRPr="00532014" w:rsidRDefault="0022543B" w:rsidP="0022543B">
            <w:pPr>
              <w:jc w:val="both"/>
              <w:rPr>
                <w:szCs w:val="24"/>
              </w:rPr>
            </w:pPr>
            <w:r w:rsidRPr="00532014">
              <w:rPr>
                <w:rFonts w:cs="Times New Roman"/>
                <w:szCs w:val="24"/>
                <w:lang w:val="uk-UA"/>
              </w:rPr>
              <w:t>2.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Підтримка</w:t>
            </w:r>
            <w:proofErr w:type="spellEnd"/>
            <w:r w:rsidRPr="00532014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молодіжних</w:t>
            </w:r>
            <w:proofErr w:type="spellEnd"/>
            <w:r w:rsidRPr="00532014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ініціатив</w:t>
            </w:r>
            <w:proofErr w:type="spellEnd"/>
            <w:r w:rsidRPr="00532014">
              <w:rPr>
                <w:rFonts w:cs="Times New Roman"/>
                <w:szCs w:val="24"/>
              </w:rPr>
              <w:t xml:space="preserve"> </w:t>
            </w:r>
            <w:r w:rsidRPr="00532014">
              <w:rPr>
                <w:rFonts w:cs="Times New Roman"/>
                <w:szCs w:val="24"/>
                <w:lang w:val="ru-RU"/>
              </w:rPr>
              <w:t>та</w:t>
            </w:r>
            <w:r w:rsidRPr="00532014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проєктної</w:t>
            </w:r>
            <w:proofErr w:type="spellEnd"/>
            <w:r w:rsidRPr="00532014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діяльності</w:t>
            </w:r>
            <w:proofErr w:type="spellEnd"/>
          </w:p>
        </w:tc>
        <w:tc>
          <w:tcPr>
            <w:tcW w:w="1992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80" w:type="dxa"/>
          </w:tcPr>
          <w:p w:rsidR="0022543B" w:rsidRPr="00532014" w:rsidRDefault="004D06A1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2543B" w:rsidRPr="00532014" w:rsidRDefault="004D06A1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2543B" w:rsidRPr="00532014" w:rsidRDefault="004D06A1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2543B" w:rsidRPr="00532014" w:rsidRDefault="004D06A1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</w:t>
            </w:r>
          </w:p>
        </w:tc>
        <w:tc>
          <w:tcPr>
            <w:tcW w:w="810" w:type="dxa"/>
          </w:tcPr>
          <w:p w:rsidR="0022543B" w:rsidRPr="00532014" w:rsidRDefault="004D06A1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</w:t>
            </w:r>
          </w:p>
        </w:tc>
      </w:tr>
      <w:tr w:rsidR="007300AB" w:rsidRPr="00532014" w:rsidTr="007B5794">
        <w:tc>
          <w:tcPr>
            <w:tcW w:w="2224" w:type="dxa"/>
            <w:vMerge/>
          </w:tcPr>
          <w:p w:rsidR="007300AB" w:rsidRPr="00532014" w:rsidRDefault="007300AB" w:rsidP="007300AB">
            <w:pPr>
              <w:jc w:val="both"/>
              <w:rPr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4D06A1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25</w:t>
            </w:r>
          </w:p>
        </w:tc>
        <w:tc>
          <w:tcPr>
            <w:tcW w:w="780" w:type="dxa"/>
          </w:tcPr>
          <w:p w:rsidR="007300AB" w:rsidRPr="00532014" w:rsidRDefault="004D06A1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4D06A1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4D06A1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4D06A1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810" w:type="dxa"/>
          </w:tcPr>
          <w:p w:rsidR="007300AB" w:rsidRPr="00532014" w:rsidRDefault="004D06A1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</w:t>
            </w:r>
          </w:p>
        </w:tc>
      </w:tr>
      <w:tr w:rsidR="007300AB" w:rsidRPr="00532014" w:rsidTr="007B5794">
        <w:tc>
          <w:tcPr>
            <w:tcW w:w="2224" w:type="dxa"/>
            <w:vMerge w:val="restart"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t>3</w:t>
            </w:r>
            <w:r w:rsidR="0022543B" w:rsidRPr="00532014">
              <w:rPr>
                <w:rFonts w:cs="Times New Roman"/>
                <w:szCs w:val="24"/>
                <w:lang w:val="ru-RU"/>
              </w:rPr>
              <w:t xml:space="preserve">.Розширення </w:t>
            </w:r>
            <w:proofErr w:type="spellStart"/>
            <w:r w:rsidR="0022543B" w:rsidRPr="00532014">
              <w:rPr>
                <w:rFonts w:cs="Times New Roman"/>
                <w:szCs w:val="24"/>
                <w:lang w:val="ru-RU"/>
              </w:rPr>
              <w:t>участі</w:t>
            </w:r>
            <w:proofErr w:type="spellEnd"/>
            <w:r w:rsidR="0022543B"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22543B" w:rsidRPr="00532014">
              <w:rPr>
                <w:rFonts w:cs="Times New Roman"/>
                <w:szCs w:val="24"/>
                <w:lang w:val="ru-RU"/>
              </w:rPr>
              <w:t>молоді</w:t>
            </w:r>
            <w:proofErr w:type="spellEnd"/>
            <w:r w:rsidR="0022543B" w:rsidRPr="00532014">
              <w:rPr>
                <w:rFonts w:cs="Times New Roman"/>
                <w:szCs w:val="24"/>
                <w:lang w:val="ru-RU"/>
              </w:rPr>
              <w:t xml:space="preserve"> в </w:t>
            </w:r>
            <w:proofErr w:type="spellStart"/>
            <w:r w:rsidR="0022543B" w:rsidRPr="00532014">
              <w:rPr>
                <w:rFonts w:cs="Times New Roman"/>
                <w:szCs w:val="24"/>
                <w:lang w:val="ru-RU"/>
              </w:rPr>
              <w:t>суспільному</w:t>
            </w:r>
            <w:proofErr w:type="spellEnd"/>
            <w:r w:rsidR="0022543B"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22543B" w:rsidRPr="00532014">
              <w:rPr>
                <w:rFonts w:cs="Times New Roman"/>
                <w:szCs w:val="24"/>
                <w:lang w:val="ru-RU"/>
              </w:rPr>
              <w:t>житті</w:t>
            </w:r>
            <w:proofErr w:type="spellEnd"/>
            <w:r w:rsidR="0022543B" w:rsidRPr="00532014">
              <w:rPr>
                <w:rFonts w:cs="Times New Roman"/>
                <w:szCs w:val="24"/>
                <w:lang w:val="ru-RU"/>
              </w:rPr>
              <w:t xml:space="preserve"> та </w:t>
            </w:r>
            <w:proofErr w:type="spellStart"/>
            <w:r w:rsidR="0022543B" w:rsidRPr="00532014">
              <w:rPr>
                <w:rFonts w:cs="Times New Roman"/>
                <w:szCs w:val="24"/>
                <w:lang w:val="ru-RU"/>
              </w:rPr>
              <w:t>зміцнення</w:t>
            </w:r>
            <w:proofErr w:type="spellEnd"/>
            <w:r w:rsidR="0022543B"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22543B" w:rsidRPr="00532014">
              <w:rPr>
                <w:rFonts w:cs="Times New Roman"/>
                <w:szCs w:val="24"/>
                <w:lang w:val="ru-RU"/>
              </w:rPr>
              <w:t>соціальної</w:t>
            </w:r>
            <w:proofErr w:type="spellEnd"/>
            <w:r w:rsidR="0022543B"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22543B" w:rsidRPr="00532014">
              <w:rPr>
                <w:rFonts w:cs="Times New Roman"/>
                <w:szCs w:val="24"/>
                <w:lang w:val="ru-RU"/>
              </w:rPr>
              <w:t>згуртованності</w:t>
            </w:r>
            <w:proofErr w:type="spellEnd"/>
            <w:r w:rsidR="0022543B" w:rsidRPr="00532014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25</w:t>
            </w:r>
          </w:p>
        </w:tc>
        <w:tc>
          <w:tcPr>
            <w:tcW w:w="780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</w:tr>
      <w:tr w:rsidR="007300AB" w:rsidRPr="00532014" w:rsidTr="007B5794">
        <w:tc>
          <w:tcPr>
            <w:tcW w:w="2224" w:type="dxa"/>
            <w:vMerge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790</w:t>
            </w:r>
          </w:p>
        </w:tc>
        <w:tc>
          <w:tcPr>
            <w:tcW w:w="78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150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160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160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160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160</w:t>
            </w:r>
          </w:p>
        </w:tc>
      </w:tr>
      <w:tr w:rsidR="007300AB" w:rsidRPr="00532014" w:rsidTr="007B5794">
        <w:tc>
          <w:tcPr>
            <w:tcW w:w="2224" w:type="dxa"/>
            <w:vMerge w:val="restart"/>
          </w:tcPr>
          <w:p w:rsidR="007300AB" w:rsidRPr="00532014" w:rsidRDefault="007300AB" w:rsidP="007300AB">
            <w:pPr>
              <w:jc w:val="both"/>
              <w:rPr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t xml:space="preserve">4.Стимулювання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молодіжної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активності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та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визнання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досягнень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</w:t>
            </w:r>
            <w:proofErr w:type="spellEnd"/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18</w:t>
            </w:r>
          </w:p>
        </w:tc>
        <w:tc>
          <w:tcPr>
            <w:tcW w:w="78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4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4</w:t>
            </w:r>
          </w:p>
        </w:tc>
      </w:tr>
      <w:tr w:rsidR="0022543B" w:rsidRPr="00532014" w:rsidTr="007B5794">
        <w:tc>
          <w:tcPr>
            <w:tcW w:w="2224" w:type="dxa"/>
            <w:vMerge/>
          </w:tcPr>
          <w:p w:rsidR="0022543B" w:rsidRPr="00532014" w:rsidRDefault="0022543B" w:rsidP="0022543B">
            <w:pPr>
              <w:jc w:val="both"/>
              <w:rPr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50</w:t>
            </w:r>
          </w:p>
        </w:tc>
        <w:tc>
          <w:tcPr>
            <w:tcW w:w="780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</w:t>
            </w:r>
          </w:p>
        </w:tc>
        <w:tc>
          <w:tcPr>
            <w:tcW w:w="709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</w:t>
            </w:r>
          </w:p>
        </w:tc>
        <w:tc>
          <w:tcPr>
            <w:tcW w:w="709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</w:t>
            </w:r>
          </w:p>
        </w:tc>
        <w:tc>
          <w:tcPr>
            <w:tcW w:w="709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</w:t>
            </w:r>
          </w:p>
        </w:tc>
        <w:tc>
          <w:tcPr>
            <w:tcW w:w="810" w:type="dxa"/>
          </w:tcPr>
          <w:p w:rsidR="0022543B" w:rsidRPr="00532014" w:rsidRDefault="0022543B" w:rsidP="0022543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</w:t>
            </w:r>
          </w:p>
        </w:tc>
      </w:tr>
      <w:tr w:rsidR="007300AB" w:rsidRPr="00532014" w:rsidTr="004D06A1">
        <w:tc>
          <w:tcPr>
            <w:tcW w:w="2224" w:type="dxa"/>
            <w:vMerge w:val="restart"/>
          </w:tcPr>
          <w:p w:rsidR="007300AB" w:rsidRPr="00532014" w:rsidRDefault="007300AB" w:rsidP="004D06A1">
            <w:pPr>
              <w:rPr>
                <w:rFonts w:cs="Times New Roman"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uk-UA"/>
              </w:rPr>
              <w:t>5.</w:t>
            </w:r>
            <w:proofErr w:type="spellStart"/>
            <w:r w:rsidRPr="00532014">
              <w:rPr>
                <w:rFonts w:cs="Times New Roman"/>
                <w:szCs w:val="24"/>
              </w:rPr>
              <w:t>Професійний</w:t>
            </w:r>
            <w:proofErr w:type="spellEnd"/>
            <w:r w:rsidRPr="00532014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</w:rPr>
              <w:t>розвиток</w:t>
            </w:r>
            <w:proofErr w:type="spellEnd"/>
            <w:r w:rsidRPr="00532014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</w:rPr>
              <w:t>молодіжних</w:t>
            </w:r>
            <w:proofErr w:type="spellEnd"/>
            <w:r w:rsidRPr="00532014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</w:rPr>
              <w:t>працівників</w:t>
            </w:r>
            <w:proofErr w:type="spellEnd"/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color w:val="auto"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color w:val="auto"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</w:t>
            </w:r>
          </w:p>
        </w:tc>
        <w:tc>
          <w:tcPr>
            <w:tcW w:w="78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</w:tr>
      <w:tr w:rsidR="007300AB" w:rsidRPr="00532014" w:rsidTr="007B5794">
        <w:tc>
          <w:tcPr>
            <w:tcW w:w="2224" w:type="dxa"/>
            <w:vMerge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15</w:t>
            </w:r>
          </w:p>
        </w:tc>
        <w:tc>
          <w:tcPr>
            <w:tcW w:w="78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</w:t>
            </w:r>
          </w:p>
        </w:tc>
      </w:tr>
      <w:tr w:rsidR="007300AB" w:rsidRPr="00532014" w:rsidTr="007B5794">
        <w:tc>
          <w:tcPr>
            <w:tcW w:w="2224" w:type="dxa"/>
            <w:vMerge w:val="restart"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t xml:space="preserve">6.Розвиток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молодіжного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відпочинку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,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неформальної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освіти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та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громадської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активності</w:t>
            </w:r>
            <w:proofErr w:type="spellEnd"/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4D06A1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25</w:t>
            </w:r>
          </w:p>
        </w:tc>
        <w:tc>
          <w:tcPr>
            <w:tcW w:w="78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</w:tr>
      <w:tr w:rsidR="007300AB" w:rsidRPr="00532014" w:rsidTr="007B5794">
        <w:tc>
          <w:tcPr>
            <w:tcW w:w="2224" w:type="dxa"/>
            <w:vMerge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1500</w:t>
            </w:r>
          </w:p>
        </w:tc>
        <w:tc>
          <w:tcPr>
            <w:tcW w:w="78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300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300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300</w:t>
            </w:r>
          </w:p>
        </w:tc>
      </w:tr>
      <w:tr w:rsidR="007300AB" w:rsidRPr="00532014" w:rsidTr="007B5794">
        <w:tc>
          <w:tcPr>
            <w:tcW w:w="2224" w:type="dxa"/>
            <w:vMerge w:val="restart"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lastRenderedPageBreak/>
              <w:t xml:space="preserve">7.Розвиток культурного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дозвілля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та доступу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до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культурних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продуктів</w:t>
            </w:r>
            <w:proofErr w:type="spellEnd"/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25</w:t>
            </w:r>
          </w:p>
        </w:tc>
        <w:tc>
          <w:tcPr>
            <w:tcW w:w="780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810" w:type="dxa"/>
          </w:tcPr>
          <w:p w:rsidR="007300AB" w:rsidRPr="00532014" w:rsidRDefault="0022543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</w:tr>
      <w:tr w:rsidR="007300AB" w:rsidRPr="00532014" w:rsidTr="007B5794">
        <w:tc>
          <w:tcPr>
            <w:tcW w:w="2224" w:type="dxa"/>
            <w:vMerge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680</w:t>
            </w:r>
          </w:p>
        </w:tc>
        <w:tc>
          <w:tcPr>
            <w:tcW w:w="78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130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130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140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140</w:t>
            </w:r>
          </w:p>
        </w:tc>
        <w:tc>
          <w:tcPr>
            <w:tcW w:w="81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140</w:t>
            </w:r>
          </w:p>
        </w:tc>
      </w:tr>
      <w:tr w:rsidR="007300AB" w:rsidRPr="00532014" w:rsidTr="004D06A1">
        <w:tc>
          <w:tcPr>
            <w:tcW w:w="2224" w:type="dxa"/>
            <w:vMerge w:val="restart"/>
          </w:tcPr>
          <w:p w:rsidR="007300AB" w:rsidRPr="00532014" w:rsidRDefault="007300AB" w:rsidP="004D06A1">
            <w:pPr>
              <w:rPr>
                <w:rFonts w:cs="Times New Roman"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t xml:space="preserve">8.Розвиток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молодіжної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інфраструктури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та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молодіжних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просторів</w:t>
            </w:r>
            <w:proofErr w:type="spellEnd"/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проведених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</w:t>
            </w:r>
          </w:p>
        </w:tc>
        <w:tc>
          <w:tcPr>
            <w:tcW w:w="78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81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</w:p>
        </w:tc>
      </w:tr>
      <w:tr w:rsidR="007300AB" w:rsidRPr="00532014" w:rsidTr="007B5794">
        <w:tc>
          <w:tcPr>
            <w:tcW w:w="2224" w:type="dxa"/>
            <w:vMerge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150</w:t>
            </w:r>
          </w:p>
        </w:tc>
        <w:tc>
          <w:tcPr>
            <w:tcW w:w="78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</w:t>
            </w:r>
          </w:p>
        </w:tc>
        <w:tc>
          <w:tcPr>
            <w:tcW w:w="81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30</w:t>
            </w:r>
          </w:p>
        </w:tc>
      </w:tr>
      <w:tr w:rsidR="007300AB" w:rsidRPr="00532014" w:rsidTr="007B5794">
        <w:tc>
          <w:tcPr>
            <w:tcW w:w="2224" w:type="dxa"/>
            <w:vAlign w:val="center"/>
          </w:tcPr>
          <w:p w:rsidR="007300AB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t xml:space="preserve">9.Інформаційне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забезпечення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та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популяризація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молодіжної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політики</w:t>
            </w:r>
            <w:proofErr w:type="spellEnd"/>
          </w:p>
          <w:p w:rsidR="004D06A1" w:rsidRPr="00532014" w:rsidRDefault="004D06A1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="002431A9" w:rsidRPr="00532014">
              <w:rPr>
                <w:bCs/>
                <w:szCs w:val="24"/>
                <w:lang w:val="ru-RU"/>
              </w:rPr>
              <w:t>заходів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Одиниць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4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100</w:t>
            </w:r>
          </w:p>
        </w:tc>
        <w:tc>
          <w:tcPr>
            <w:tcW w:w="78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</w:t>
            </w:r>
          </w:p>
        </w:tc>
        <w:tc>
          <w:tcPr>
            <w:tcW w:w="81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20</w:t>
            </w:r>
          </w:p>
        </w:tc>
      </w:tr>
      <w:tr w:rsidR="007300AB" w:rsidRPr="00532014" w:rsidTr="007B5794">
        <w:trPr>
          <w:trHeight w:val="1656"/>
        </w:trPr>
        <w:tc>
          <w:tcPr>
            <w:tcW w:w="2224" w:type="dxa"/>
            <w:vAlign w:val="center"/>
          </w:tcPr>
          <w:p w:rsidR="007300AB" w:rsidRPr="00532014" w:rsidRDefault="007300AB" w:rsidP="007300AB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532014">
              <w:rPr>
                <w:rFonts w:cs="Times New Roman"/>
                <w:szCs w:val="24"/>
                <w:lang w:val="ru-RU"/>
              </w:rPr>
              <w:t xml:space="preserve">10.Забезпечення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участі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та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молодіжних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працівників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у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навчальних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і </w:t>
            </w:r>
            <w:proofErr w:type="spellStart"/>
            <w:r w:rsidRPr="00532014">
              <w:rPr>
                <w:rFonts w:cs="Times New Roman"/>
                <w:szCs w:val="24"/>
                <w:lang w:val="ru-RU"/>
              </w:rPr>
              <w:t>професійних</w:t>
            </w:r>
            <w:proofErr w:type="spellEnd"/>
            <w:r w:rsidRPr="00532014">
              <w:rPr>
                <w:rFonts w:cs="Times New Roman"/>
                <w:szCs w:val="24"/>
                <w:lang w:val="ru-RU"/>
              </w:rPr>
              <w:t xml:space="preserve"> заходах</w:t>
            </w:r>
          </w:p>
        </w:tc>
        <w:tc>
          <w:tcPr>
            <w:tcW w:w="1992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Кількість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залучених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  <w:r w:rsidRPr="00532014">
              <w:rPr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1067" w:type="dxa"/>
          </w:tcPr>
          <w:p w:rsidR="007300AB" w:rsidRPr="00532014" w:rsidRDefault="007300AB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proofErr w:type="spellStart"/>
            <w:r w:rsidRPr="00532014">
              <w:rPr>
                <w:bCs/>
                <w:szCs w:val="24"/>
                <w:lang w:val="ru-RU"/>
              </w:rPr>
              <w:t>Осіб</w:t>
            </w:r>
            <w:proofErr w:type="spellEnd"/>
          </w:p>
        </w:tc>
        <w:tc>
          <w:tcPr>
            <w:tcW w:w="849" w:type="dxa"/>
          </w:tcPr>
          <w:p w:rsidR="007300AB" w:rsidRPr="00532014" w:rsidRDefault="00380C5A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2</w:t>
            </w:r>
            <w:r w:rsidR="002431A9"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8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810" w:type="dxa"/>
          </w:tcPr>
          <w:p w:rsidR="007300AB" w:rsidRPr="00532014" w:rsidRDefault="002431A9" w:rsidP="007300AB">
            <w:pPr>
              <w:spacing w:before="200" w:after="120"/>
              <w:jc w:val="both"/>
              <w:rPr>
                <w:bCs/>
                <w:szCs w:val="24"/>
                <w:lang w:val="ru-RU"/>
              </w:rPr>
            </w:pPr>
            <w:r w:rsidRPr="00532014">
              <w:rPr>
                <w:bCs/>
                <w:szCs w:val="24"/>
                <w:lang w:val="ru-RU"/>
              </w:rPr>
              <w:t>5</w:t>
            </w:r>
          </w:p>
        </w:tc>
      </w:tr>
    </w:tbl>
    <w:p w:rsidR="00046494" w:rsidRPr="00532014" w:rsidRDefault="00046494" w:rsidP="00F669B8">
      <w:pPr>
        <w:spacing w:after="80"/>
        <w:jc w:val="both"/>
        <w:rPr>
          <w:szCs w:val="24"/>
          <w:lang w:val="ru-RU"/>
        </w:rPr>
      </w:pP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834780">
        <w:rPr>
          <w:b/>
          <w:bCs/>
          <w:sz w:val="28"/>
          <w:szCs w:val="28"/>
          <w:lang w:val="ru-RU"/>
        </w:rPr>
        <w:t>1</w:t>
      </w:r>
      <w:r w:rsidR="00834780" w:rsidRPr="00834780">
        <w:rPr>
          <w:b/>
          <w:bCs/>
          <w:sz w:val="28"/>
          <w:szCs w:val="28"/>
          <w:lang w:val="ru-RU"/>
        </w:rPr>
        <w:t>1</w:t>
      </w:r>
      <w:r w:rsidRPr="00834780">
        <w:rPr>
          <w:b/>
          <w:bCs/>
          <w:sz w:val="28"/>
          <w:szCs w:val="28"/>
          <w:lang w:val="ru-RU"/>
        </w:rPr>
        <w:t>.</w:t>
      </w:r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770F33">
        <w:rPr>
          <w:b/>
          <w:bCs/>
          <w:sz w:val="28"/>
          <w:szCs w:val="28"/>
          <w:lang w:val="ru-RU"/>
        </w:rPr>
        <w:t>Координація</w:t>
      </w:r>
      <w:proofErr w:type="spellEnd"/>
      <w:r w:rsidRPr="00770F33">
        <w:rPr>
          <w:b/>
          <w:bCs/>
          <w:sz w:val="28"/>
          <w:szCs w:val="28"/>
          <w:lang w:val="ru-RU"/>
        </w:rPr>
        <w:t xml:space="preserve"> та контроль за </w:t>
      </w:r>
      <w:proofErr w:type="spellStart"/>
      <w:r w:rsidRPr="00770F33">
        <w:rPr>
          <w:b/>
          <w:bCs/>
          <w:sz w:val="28"/>
          <w:szCs w:val="28"/>
          <w:lang w:val="ru-RU"/>
        </w:rPr>
        <w:t>виконанням</w:t>
      </w:r>
      <w:proofErr w:type="spellEnd"/>
      <w:r w:rsidRPr="00770F33">
        <w:rPr>
          <w:b/>
          <w:bCs/>
          <w:sz w:val="28"/>
          <w:szCs w:val="28"/>
          <w:lang w:val="ru-RU"/>
        </w:rPr>
        <w:t>:</w:t>
      </w:r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координацію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здійснює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замовник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 xml:space="preserve"> – </w:t>
      </w:r>
      <w:proofErr w:type="spellStart"/>
      <w:r w:rsidR="00A22FA6" w:rsidRPr="00455071">
        <w:rPr>
          <w:sz w:val="28"/>
          <w:szCs w:val="28"/>
          <w:lang w:val="ru-RU"/>
        </w:rPr>
        <w:t>Відділ</w:t>
      </w:r>
      <w:proofErr w:type="spellEnd"/>
      <w:r w:rsidR="00A22FA6" w:rsidRPr="00455071">
        <w:rPr>
          <w:sz w:val="28"/>
          <w:szCs w:val="28"/>
          <w:lang w:val="ru-RU"/>
        </w:rPr>
        <w:t xml:space="preserve"> </w:t>
      </w:r>
      <w:r w:rsidR="003177BD" w:rsidRPr="00455071">
        <w:rPr>
          <w:sz w:val="28"/>
          <w:szCs w:val="28"/>
          <w:lang w:val="ru-RU"/>
        </w:rPr>
        <w:t>з</w:t>
      </w:r>
      <w:r w:rsidR="00A22FA6" w:rsidRPr="00455071">
        <w:rPr>
          <w:sz w:val="28"/>
          <w:szCs w:val="28"/>
          <w:lang w:val="ru-RU"/>
        </w:rPr>
        <w:t xml:space="preserve"> </w:t>
      </w:r>
      <w:proofErr w:type="spellStart"/>
      <w:r w:rsidR="00A22FA6" w:rsidRPr="00455071">
        <w:rPr>
          <w:sz w:val="28"/>
          <w:szCs w:val="28"/>
          <w:lang w:val="ru-RU"/>
        </w:rPr>
        <w:t>гуманітарних</w:t>
      </w:r>
      <w:proofErr w:type="spellEnd"/>
      <w:r w:rsidR="00A22FA6" w:rsidRPr="00455071">
        <w:rPr>
          <w:sz w:val="28"/>
          <w:szCs w:val="28"/>
          <w:lang w:val="ru-RU"/>
        </w:rPr>
        <w:t xml:space="preserve"> </w:t>
      </w:r>
      <w:proofErr w:type="spellStart"/>
      <w:r w:rsidR="00A22FA6" w:rsidRPr="00455071">
        <w:rPr>
          <w:sz w:val="28"/>
          <w:szCs w:val="28"/>
          <w:lang w:val="ru-RU"/>
        </w:rPr>
        <w:t>питань</w:t>
      </w:r>
      <w:proofErr w:type="spellEnd"/>
      <w:r w:rsidR="00A22FA6" w:rsidRPr="00455071">
        <w:rPr>
          <w:sz w:val="28"/>
          <w:szCs w:val="28"/>
          <w:lang w:val="ru-RU"/>
        </w:rPr>
        <w:t xml:space="preserve"> </w:t>
      </w:r>
      <w:proofErr w:type="spellStart"/>
      <w:r w:rsidR="00A22FA6" w:rsidRPr="00455071">
        <w:rPr>
          <w:sz w:val="28"/>
          <w:szCs w:val="28"/>
          <w:lang w:val="ru-RU"/>
        </w:rPr>
        <w:t>Верхньодніпровської</w:t>
      </w:r>
      <w:proofErr w:type="spellEnd"/>
      <w:r w:rsidR="00A22FA6" w:rsidRPr="00455071">
        <w:rPr>
          <w:sz w:val="28"/>
          <w:szCs w:val="28"/>
          <w:lang w:val="ru-RU"/>
        </w:rPr>
        <w:t xml:space="preserve"> </w:t>
      </w:r>
      <w:proofErr w:type="spellStart"/>
      <w:r w:rsidR="00046494" w:rsidRPr="00455071">
        <w:rPr>
          <w:sz w:val="28"/>
          <w:szCs w:val="28"/>
          <w:lang w:val="ru-RU"/>
        </w:rPr>
        <w:t>міської</w:t>
      </w:r>
      <w:proofErr w:type="spellEnd"/>
      <w:r w:rsidR="00046494" w:rsidRPr="00455071">
        <w:rPr>
          <w:sz w:val="28"/>
          <w:szCs w:val="28"/>
          <w:lang w:val="ru-RU"/>
        </w:rPr>
        <w:t xml:space="preserve"> ради.</w:t>
      </w:r>
      <w:r w:rsidRPr="00455071">
        <w:rPr>
          <w:sz w:val="28"/>
          <w:szCs w:val="28"/>
          <w:lang w:val="ru-RU"/>
        </w:rPr>
        <w:t xml:space="preserve"> 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color w:val="FF0000"/>
          <w:sz w:val="28"/>
          <w:szCs w:val="28"/>
          <w:lang w:val="ru-RU"/>
        </w:rPr>
      </w:pPr>
      <w:bookmarkStart w:id="1" w:name="_Hlk240372136"/>
      <w:r w:rsidRPr="00455071">
        <w:rPr>
          <w:sz w:val="28"/>
          <w:szCs w:val="28"/>
          <w:lang w:val="ru-RU"/>
        </w:rPr>
        <w:t xml:space="preserve">Контроль за </w:t>
      </w:r>
      <w:proofErr w:type="spellStart"/>
      <w:r w:rsidRPr="00455071">
        <w:rPr>
          <w:sz w:val="28"/>
          <w:szCs w:val="28"/>
          <w:lang w:val="ru-RU"/>
        </w:rPr>
        <w:t>виконанням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здійснює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постійна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3177BD" w:rsidRPr="00455071">
        <w:rPr>
          <w:sz w:val="28"/>
          <w:szCs w:val="28"/>
          <w:lang w:val="ru-RU"/>
        </w:rPr>
        <w:t>депутатська</w:t>
      </w:r>
      <w:proofErr w:type="spellEnd"/>
      <w:r w:rsidR="003177BD" w:rsidRPr="00455071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3177BD" w:rsidRPr="00455071">
        <w:rPr>
          <w:sz w:val="28"/>
          <w:szCs w:val="28"/>
          <w:lang w:val="ru-RU"/>
        </w:rPr>
        <w:t>комісія</w:t>
      </w:r>
      <w:proofErr w:type="spellEnd"/>
      <w:r w:rsidR="003177BD" w:rsidRPr="00455071">
        <w:rPr>
          <w:sz w:val="28"/>
          <w:szCs w:val="28"/>
          <w:lang w:val="ru-RU"/>
        </w:rPr>
        <w:t xml:space="preserve">  </w:t>
      </w:r>
      <w:r w:rsidR="00306C50" w:rsidRPr="00455071">
        <w:rPr>
          <w:sz w:val="28"/>
          <w:szCs w:val="28"/>
          <w:lang w:val="ru-RU"/>
        </w:rPr>
        <w:t>з</w:t>
      </w:r>
      <w:proofErr w:type="gram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177BD" w:rsidRPr="00455071">
        <w:rPr>
          <w:sz w:val="28"/>
          <w:szCs w:val="28"/>
          <w:lang w:val="ru-RU"/>
        </w:rPr>
        <w:t>гуманітарних</w:t>
      </w:r>
      <w:proofErr w:type="spellEnd"/>
      <w:r w:rsidR="003177BD" w:rsidRPr="00455071">
        <w:rPr>
          <w:sz w:val="28"/>
          <w:szCs w:val="28"/>
          <w:lang w:val="ru-RU"/>
        </w:rPr>
        <w:t xml:space="preserve"> </w:t>
      </w:r>
      <w:proofErr w:type="spellStart"/>
      <w:r w:rsidR="003177BD" w:rsidRPr="00455071">
        <w:rPr>
          <w:sz w:val="28"/>
          <w:szCs w:val="28"/>
          <w:lang w:val="ru-RU"/>
        </w:rPr>
        <w:t>питань</w:t>
      </w:r>
      <w:proofErr w:type="spellEnd"/>
      <w:r w:rsidR="003177BD" w:rsidRPr="00455071">
        <w:rPr>
          <w:sz w:val="28"/>
          <w:szCs w:val="28"/>
          <w:lang w:val="ru-RU"/>
        </w:rPr>
        <w:t>.</w:t>
      </w:r>
    </w:p>
    <w:bookmarkEnd w:id="1"/>
    <w:p w:rsidR="008C3D90" w:rsidRPr="00455071" w:rsidRDefault="00E46ABA" w:rsidP="00532014">
      <w:pPr>
        <w:spacing w:before="240" w:after="160" w:line="240" w:lineRule="auto"/>
        <w:jc w:val="both"/>
        <w:rPr>
          <w:sz w:val="28"/>
          <w:szCs w:val="28"/>
          <w:lang w:val="ru-RU"/>
        </w:rPr>
      </w:pPr>
      <w:r w:rsidRPr="00455071">
        <w:rPr>
          <w:b/>
          <w:color w:val="111111"/>
          <w:sz w:val="28"/>
          <w:szCs w:val="28"/>
        </w:rPr>
        <w:t>II</w:t>
      </w:r>
      <w:r w:rsidRPr="00455071">
        <w:rPr>
          <w:b/>
          <w:color w:val="111111"/>
          <w:sz w:val="28"/>
          <w:szCs w:val="28"/>
          <w:lang w:val="ru-RU"/>
        </w:rPr>
        <w:t xml:space="preserve">. Склад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проблеми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та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обґрунтування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необхідності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її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розв’язання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шляхом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розроблення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і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виконання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455071">
        <w:rPr>
          <w:sz w:val="28"/>
          <w:szCs w:val="28"/>
          <w:lang w:val="ru-RU"/>
        </w:rPr>
        <w:t xml:space="preserve">Молодь є </w:t>
      </w:r>
      <w:proofErr w:type="spellStart"/>
      <w:r w:rsidRPr="00455071">
        <w:rPr>
          <w:sz w:val="28"/>
          <w:szCs w:val="28"/>
          <w:lang w:val="ru-RU"/>
        </w:rPr>
        <w:t>соціально-демографічною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групою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частиною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людського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капіталу</w:t>
      </w:r>
      <w:proofErr w:type="spellEnd"/>
      <w:r w:rsidRPr="00455071">
        <w:rPr>
          <w:sz w:val="28"/>
          <w:szCs w:val="28"/>
          <w:lang w:val="ru-RU"/>
        </w:rPr>
        <w:t xml:space="preserve">, яка </w:t>
      </w:r>
      <w:proofErr w:type="spellStart"/>
      <w:r w:rsidRPr="00455071">
        <w:rPr>
          <w:sz w:val="28"/>
          <w:szCs w:val="28"/>
          <w:lang w:val="ru-RU"/>
        </w:rPr>
        <w:t>відіграє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ключову</w:t>
      </w:r>
      <w:proofErr w:type="spellEnd"/>
      <w:r w:rsidRPr="00455071">
        <w:rPr>
          <w:sz w:val="28"/>
          <w:szCs w:val="28"/>
          <w:lang w:val="ru-RU"/>
        </w:rPr>
        <w:t xml:space="preserve"> роль у </w:t>
      </w:r>
      <w:proofErr w:type="spellStart"/>
      <w:r w:rsidRPr="00455071">
        <w:rPr>
          <w:sz w:val="28"/>
          <w:szCs w:val="28"/>
          <w:lang w:val="ru-RU"/>
        </w:rPr>
        <w:t>формуванні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економічного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потенціалу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046494" w:rsidRPr="00455071">
        <w:rPr>
          <w:sz w:val="28"/>
          <w:szCs w:val="28"/>
          <w:lang w:val="ru-RU"/>
        </w:rPr>
        <w:t>громади</w:t>
      </w:r>
      <w:proofErr w:type="spellEnd"/>
      <w:r w:rsidR="00A402B2">
        <w:rPr>
          <w:sz w:val="28"/>
          <w:szCs w:val="28"/>
          <w:lang w:val="ru-RU"/>
        </w:rPr>
        <w:t xml:space="preserve">. </w:t>
      </w:r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Саме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люди </w:t>
      </w:r>
      <w:proofErr w:type="spellStart"/>
      <w:r w:rsidRPr="00455071">
        <w:rPr>
          <w:sz w:val="28"/>
          <w:szCs w:val="28"/>
          <w:lang w:val="ru-RU"/>
        </w:rPr>
        <w:t>визначають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напрями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динаміку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соціокультурних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змін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вектори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можливого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розвитку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суспільства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впливають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формування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реалізацію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C22133">
        <w:rPr>
          <w:sz w:val="28"/>
          <w:szCs w:val="28"/>
          <w:lang w:val="ru-RU"/>
        </w:rPr>
        <w:t>молодіжної</w:t>
      </w:r>
      <w:proofErr w:type="spellEnd"/>
      <w:r w:rsidR="00C22133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політики</w:t>
      </w:r>
      <w:proofErr w:type="spellEnd"/>
      <w:r w:rsidRPr="00455071">
        <w:rPr>
          <w:sz w:val="28"/>
          <w:szCs w:val="28"/>
          <w:lang w:val="ru-RU"/>
        </w:rPr>
        <w:t xml:space="preserve">. В </w:t>
      </w:r>
      <w:proofErr w:type="spellStart"/>
      <w:r w:rsidRPr="00455071">
        <w:rPr>
          <w:sz w:val="28"/>
          <w:szCs w:val="28"/>
          <w:lang w:val="ru-RU"/>
        </w:rPr>
        <w:t>умовах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сучасних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викликів</w:t>
      </w:r>
      <w:proofErr w:type="spellEnd"/>
      <w:r w:rsidRPr="00455071">
        <w:rPr>
          <w:sz w:val="28"/>
          <w:szCs w:val="28"/>
          <w:lang w:val="ru-RU"/>
        </w:rPr>
        <w:t xml:space="preserve">, коли </w:t>
      </w:r>
      <w:proofErr w:type="spellStart"/>
      <w:r w:rsidRPr="00455071">
        <w:rPr>
          <w:sz w:val="28"/>
          <w:szCs w:val="28"/>
          <w:lang w:val="ru-RU"/>
        </w:rPr>
        <w:t>багато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чоловіків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жінок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боронять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українську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державність</w:t>
      </w:r>
      <w:proofErr w:type="spellEnd"/>
      <w:r w:rsidRPr="00455071">
        <w:rPr>
          <w:sz w:val="28"/>
          <w:szCs w:val="28"/>
          <w:lang w:val="ru-RU"/>
        </w:rPr>
        <w:t xml:space="preserve">, роль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набуває</w:t>
      </w:r>
      <w:proofErr w:type="spellEnd"/>
      <w:r w:rsidRPr="00455071">
        <w:rPr>
          <w:sz w:val="28"/>
          <w:szCs w:val="28"/>
          <w:lang w:val="ru-RU"/>
        </w:rPr>
        <w:t xml:space="preserve"> особливого </w:t>
      </w:r>
      <w:proofErr w:type="spellStart"/>
      <w:r w:rsidRPr="00455071">
        <w:rPr>
          <w:sz w:val="28"/>
          <w:szCs w:val="28"/>
          <w:lang w:val="ru-RU"/>
        </w:rPr>
        <w:t>значення</w:t>
      </w:r>
      <w:proofErr w:type="spellEnd"/>
      <w:r w:rsidRPr="00455071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Програма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базується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необхідності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самореалізації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розвитку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потенціалу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F90661" w:rsidRPr="00455071">
        <w:rPr>
          <w:sz w:val="28"/>
          <w:szCs w:val="28"/>
          <w:lang w:val="ru-RU"/>
        </w:rPr>
        <w:t>громади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її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участі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інтеграції</w:t>
      </w:r>
      <w:proofErr w:type="spellEnd"/>
      <w:r w:rsidRPr="00455071">
        <w:rPr>
          <w:sz w:val="28"/>
          <w:szCs w:val="28"/>
          <w:lang w:val="ru-RU"/>
        </w:rPr>
        <w:t xml:space="preserve"> у </w:t>
      </w:r>
      <w:proofErr w:type="spellStart"/>
      <w:r w:rsidRPr="00455071">
        <w:rPr>
          <w:sz w:val="28"/>
          <w:szCs w:val="28"/>
          <w:lang w:val="ru-RU"/>
        </w:rPr>
        <w:t>суспільне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життя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що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розвиватиме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національну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свідомість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основі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суспільно-державних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цінностей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відповідального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громадянства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надаватиме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можливості</w:t>
      </w:r>
      <w:proofErr w:type="spellEnd"/>
      <w:r w:rsidRPr="00455071">
        <w:rPr>
          <w:sz w:val="28"/>
          <w:szCs w:val="28"/>
          <w:lang w:val="ru-RU"/>
        </w:rPr>
        <w:t xml:space="preserve"> для </w:t>
      </w:r>
      <w:proofErr w:type="spellStart"/>
      <w:r w:rsidRPr="00455071">
        <w:rPr>
          <w:sz w:val="28"/>
          <w:szCs w:val="28"/>
          <w:lang w:val="ru-RU"/>
        </w:rPr>
        <w:t>успішної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реалізації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соціалізації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створюватиме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безпечне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середовище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молодіжне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співробітництво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підвищить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рівень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громадянських</w:t>
      </w:r>
      <w:proofErr w:type="spellEnd"/>
      <w:r w:rsidRPr="00455071">
        <w:rPr>
          <w:sz w:val="28"/>
          <w:szCs w:val="28"/>
          <w:lang w:val="ru-RU"/>
        </w:rPr>
        <w:t xml:space="preserve"> компетентностей, </w:t>
      </w:r>
      <w:proofErr w:type="spellStart"/>
      <w:r w:rsidRPr="00455071">
        <w:rPr>
          <w:sz w:val="28"/>
          <w:szCs w:val="28"/>
          <w:lang w:val="ru-RU"/>
        </w:rPr>
        <w:t>економічної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спроможності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lastRenderedPageBreak/>
        <w:t>надасть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можливість</w:t>
      </w:r>
      <w:proofErr w:type="spellEnd"/>
      <w:r w:rsidRPr="00455071">
        <w:rPr>
          <w:sz w:val="28"/>
          <w:szCs w:val="28"/>
          <w:lang w:val="ru-RU"/>
        </w:rPr>
        <w:t xml:space="preserve"> бути </w:t>
      </w:r>
      <w:proofErr w:type="spellStart"/>
      <w:r w:rsidRPr="00455071">
        <w:rPr>
          <w:sz w:val="28"/>
          <w:szCs w:val="28"/>
          <w:lang w:val="ru-RU"/>
        </w:rPr>
        <w:t>стійкими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активними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патріотичними</w:t>
      </w:r>
      <w:proofErr w:type="spellEnd"/>
      <w:r w:rsidRPr="00455071">
        <w:rPr>
          <w:sz w:val="28"/>
          <w:szCs w:val="28"/>
          <w:lang w:val="ru-RU"/>
        </w:rPr>
        <w:t xml:space="preserve"> й </w:t>
      </w:r>
      <w:proofErr w:type="spellStart"/>
      <w:r w:rsidRPr="00455071">
        <w:rPr>
          <w:sz w:val="28"/>
          <w:szCs w:val="28"/>
          <w:lang w:val="ru-RU"/>
        </w:rPr>
        <w:t>відповідальними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учасниками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суспільного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життя</w:t>
      </w:r>
      <w:proofErr w:type="spellEnd"/>
      <w:r w:rsidRPr="00455071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Програма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розроблена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відповідно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принципів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здійснення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молодіжної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політики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визначених</w:t>
      </w:r>
      <w:proofErr w:type="spellEnd"/>
      <w:r w:rsidRPr="00455071">
        <w:rPr>
          <w:sz w:val="28"/>
          <w:szCs w:val="28"/>
          <w:lang w:val="ru-RU"/>
        </w:rPr>
        <w:t xml:space="preserve"> Законом </w:t>
      </w:r>
      <w:proofErr w:type="spellStart"/>
      <w:r w:rsidRPr="00455071">
        <w:rPr>
          <w:sz w:val="28"/>
          <w:szCs w:val="28"/>
          <w:lang w:val="ru-RU"/>
        </w:rPr>
        <w:t>України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r w:rsidR="00834780">
        <w:rPr>
          <w:sz w:val="28"/>
          <w:szCs w:val="28"/>
          <w:lang w:val="ru-RU"/>
        </w:rPr>
        <w:t>«</w:t>
      </w:r>
      <w:r w:rsidRPr="00455071">
        <w:rPr>
          <w:sz w:val="28"/>
          <w:szCs w:val="28"/>
          <w:lang w:val="ru-RU"/>
        </w:rPr>
        <w:t xml:space="preserve">Про </w:t>
      </w:r>
      <w:proofErr w:type="spellStart"/>
      <w:r w:rsidRPr="00455071">
        <w:rPr>
          <w:sz w:val="28"/>
          <w:szCs w:val="28"/>
          <w:lang w:val="ru-RU"/>
        </w:rPr>
        <w:t>основні</w:t>
      </w:r>
      <w:proofErr w:type="spellEnd"/>
      <w:r w:rsidRPr="00455071">
        <w:rPr>
          <w:sz w:val="28"/>
          <w:szCs w:val="28"/>
          <w:lang w:val="ru-RU"/>
        </w:rPr>
        <w:t xml:space="preserve"> засади </w:t>
      </w:r>
      <w:proofErr w:type="spellStart"/>
      <w:r w:rsidRPr="00455071">
        <w:rPr>
          <w:sz w:val="28"/>
          <w:szCs w:val="28"/>
          <w:lang w:val="ru-RU"/>
        </w:rPr>
        <w:t>молодіжної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політики</w:t>
      </w:r>
      <w:proofErr w:type="spellEnd"/>
      <w:r w:rsidR="00834780">
        <w:rPr>
          <w:sz w:val="28"/>
          <w:szCs w:val="28"/>
          <w:lang w:val="ru-RU"/>
        </w:rPr>
        <w:t>»</w:t>
      </w:r>
      <w:r w:rsidRPr="00455071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</w:rPr>
      </w:pPr>
      <w:proofErr w:type="spellStart"/>
      <w:r w:rsidRPr="00455071">
        <w:rPr>
          <w:b/>
          <w:sz w:val="28"/>
          <w:szCs w:val="28"/>
        </w:rPr>
        <w:t>Проблеми</w:t>
      </w:r>
      <w:proofErr w:type="spellEnd"/>
      <w:r w:rsidRPr="00455071">
        <w:rPr>
          <w:b/>
          <w:sz w:val="28"/>
          <w:szCs w:val="28"/>
        </w:rPr>
        <w:t xml:space="preserve">, </w:t>
      </w:r>
      <w:proofErr w:type="spellStart"/>
      <w:r w:rsidRPr="00455071">
        <w:rPr>
          <w:b/>
          <w:sz w:val="28"/>
          <w:szCs w:val="28"/>
        </w:rPr>
        <w:t>які</w:t>
      </w:r>
      <w:proofErr w:type="spellEnd"/>
      <w:r w:rsidRPr="00455071">
        <w:rPr>
          <w:b/>
          <w:sz w:val="28"/>
          <w:szCs w:val="28"/>
        </w:rPr>
        <w:t xml:space="preserve"> </w:t>
      </w:r>
      <w:proofErr w:type="spellStart"/>
      <w:r w:rsidRPr="00455071">
        <w:rPr>
          <w:b/>
          <w:sz w:val="28"/>
          <w:szCs w:val="28"/>
        </w:rPr>
        <w:t>потребують</w:t>
      </w:r>
      <w:proofErr w:type="spellEnd"/>
      <w:r w:rsidRPr="00455071">
        <w:rPr>
          <w:b/>
          <w:sz w:val="28"/>
          <w:szCs w:val="28"/>
        </w:rPr>
        <w:t xml:space="preserve"> </w:t>
      </w:r>
      <w:proofErr w:type="spellStart"/>
      <w:r w:rsidRPr="00455071">
        <w:rPr>
          <w:b/>
          <w:sz w:val="28"/>
          <w:szCs w:val="28"/>
        </w:rPr>
        <w:t>розв’язання</w:t>
      </w:r>
      <w:proofErr w:type="spellEnd"/>
      <w:r w:rsidRPr="00455071">
        <w:rPr>
          <w:b/>
          <w:sz w:val="28"/>
          <w:szCs w:val="28"/>
        </w:rPr>
        <w:t>: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зниження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рівня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участі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суспільному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житті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зростання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міграційних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настроїв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низький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рівень</w:t>
      </w:r>
      <w:proofErr w:type="spellEnd"/>
      <w:r w:rsidRPr="00455071">
        <w:rPr>
          <w:sz w:val="28"/>
          <w:szCs w:val="28"/>
          <w:lang w:val="ru-RU"/>
        </w:rPr>
        <w:t xml:space="preserve"> компетентностей, </w:t>
      </w:r>
      <w:proofErr w:type="spellStart"/>
      <w:r w:rsidRPr="00455071">
        <w:rPr>
          <w:sz w:val="28"/>
          <w:szCs w:val="28"/>
          <w:lang w:val="ru-RU"/>
        </w:rPr>
        <w:t>необхідних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для </w:t>
      </w:r>
      <w:proofErr w:type="spellStart"/>
      <w:r w:rsidRPr="00455071">
        <w:rPr>
          <w:sz w:val="28"/>
          <w:szCs w:val="28"/>
          <w:lang w:val="ru-RU"/>
        </w:rPr>
        <w:t>свідомого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вибору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професії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кар’єрного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розвитку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провадження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підприємницької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діяльності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розвитку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лідерських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якостей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зростання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психоемоційних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розладів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руйнування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соціальних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зв’язків</w:t>
      </w:r>
      <w:proofErr w:type="spellEnd"/>
      <w:r w:rsidRPr="00455071">
        <w:rPr>
          <w:sz w:val="28"/>
          <w:szCs w:val="28"/>
          <w:lang w:val="ru-RU"/>
        </w:rPr>
        <w:t xml:space="preserve"> через </w:t>
      </w:r>
      <w:proofErr w:type="spellStart"/>
      <w:r w:rsidRPr="00455071">
        <w:rPr>
          <w:sz w:val="28"/>
          <w:szCs w:val="28"/>
          <w:lang w:val="ru-RU"/>
        </w:rPr>
        <w:t>погіршення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психічного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здоров’я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під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впливом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війни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пов’язаних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кризових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факторів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низький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рівень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участі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суспільному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житті</w:t>
      </w:r>
      <w:proofErr w:type="spellEnd"/>
      <w:r w:rsidRPr="00455071">
        <w:rPr>
          <w:sz w:val="28"/>
          <w:szCs w:val="28"/>
          <w:lang w:val="ru-RU"/>
        </w:rPr>
        <w:t xml:space="preserve">, у </w:t>
      </w:r>
      <w:proofErr w:type="spellStart"/>
      <w:r w:rsidRPr="00455071">
        <w:rPr>
          <w:sz w:val="28"/>
          <w:szCs w:val="28"/>
          <w:lang w:val="ru-RU"/>
        </w:rPr>
        <w:t>діяльності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інститутів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громадянського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суспільства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недовіра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державних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інституцій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обмежене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відчуття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впливу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зміни</w:t>
      </w:r>
      <w:proofErr w:type="spellEnd"/>
      <w:r w:rsidRPr="00455071">
        <w:rPr>
          <w:sz w:val="28"/>
          <w:szCs w:val="28"/>
          <w:lang w:val="ru-RU"/>
        </w:rPr>
        <w:t xml:space="preserve"> у </w:t>
      </w:r>
      <w:proofErr w:type="spellStart"/>
      <w:r w:rsidRPr="00455071">
        <w:rPr>
          <w:sz w:val="28"/>
          <w:szCs w:val="28"/>
          <w:lang w:val="ru-RU"/>
        </w:rPr>
        <w:t>своїй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територіальній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громаді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F90661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низький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рівень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інформованості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про </w:t>
      </w:r>
      <w:proofErr w:type="spellStart"/>
      <w:r w:rsidRPr="00455071">
        <w:rPr>
          <w:sz w:val="28"/>
          <w:szCs w:val="28"/>
          <w:lang w:val="ru-RU"/>
        </w:rPr>
        <w:t>свої</w:t>
      </w:r>
      <w:proofErr w:type="spellEnd"/>
      <w:r w:rsidRPr="00455071">
        <w:rPr>
          <w:sz w:val="28"/>
          <w:szCs w:val="28"/>
          <w:lang w:val="ru-RU"/>
        </w:rPr>
        <w:t xml:space="preserve"> права, </w:t>
      </w:r>
      <w:proofErr w:type="spellStart"/>
      <w:r w:rsidRPr="00455071">
        <w:rPr>
          <w:sz w:val="28"/>
          <w:szCs w:val="28"/>
          <w:lang w:val="ru-RU"/>
        </w:rPr>
        <w:t>обов’язки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можливості</w:t>
      </w:r>
      <w:proofErr w:type="spellEnd"/>
      <w:r w:rsidRPr="00455071">
        <w:rPr>
          <w:sz w:val="28"/>
          <w:szCs w:val="28"/>
          <w:lang w:val="ru-RU"/>
        </w:rPr>
        <w:t xml:space="preserve"> для </w:t>
      </w:r>
      <w:proofErr w:type="spellStart"/>
      <w:r w:rsidRPr="00455071">
        <w:rPr>
          <w:sz w:val="28"/>
          <w:szCs w:val="28"/>
          <w:lang w:val="ru-RU"/>
        </w:rPr>
        <w:t>розвитку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власного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потенціалу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самореалізації</w:t>
      </w:r>
      <w:proofErr w:type="spellEnd"/>
      <w:r w:rsidRPr="00455071">
        <w:rPr>
          <w:sz w:val="28"/>
          <w:szCs w:val="28"/>
          <w:lang w:val="ru-RU"/>
        </w:rPr>
        <w:t xml:space="preserve"> у </w:t>
      </w:r>
      <w:proofErr w:type="spellStart"/>
      <w:r w:rsidRPr="00455071">
        <w:rPr>
          <w:sz w:val="28"/>
          <w:szCs w:val="28"/>
          <w:lang w:val="ru-RU"/>
        </w:rPr>
        <w:t>своїй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територіальній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громаді</w:t>
      </w:r>
      <w:proofErr w:type="spellEnd"/>
      <w:r w:rsidR="00F90661" w:rsidRPr="00455071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низький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рівень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громадянських</w:t>
      </w:r>
      <w:proofErr w:type="spellEnd"/>
      <w:r w:rsidRPr="00455071">
        <w:rPr>
          <w:sz w:val="28"/>
          <w:szCs w:val="28"/>
          <w:lang w:val="ru-RU"/>
        </w:rPr>
        <w:t xml:space="preserve"> компетентностей, у тому </w:t>
      </w:r>
      <w:proofErr w:type="spellStart"/>
      <w:r w:rsidRPr="00455071">
        <w:rPr>
          <w:sz w:val="28"/>
          <w:szCs w:val="28"/>
          <w:lang w:val="ru-RU"/>
        </w:rPr>
        <w:t>числі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щодо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дотримання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правових</w:t>
      </w:r>
      <w:proofErr w:type="spellEnd"/>
      <w:r w:rsidRPr="00455071">
        <w:rPr>
          <w:sz w:val="28"/>
          <w:szCs w:val="28"/>
          <w:lang w:val="ru-RU"/>
        </w:rPr>
        <w:t xml:space="preserve"> норм, </w:t>
      </w:r>
      <w:proofErr w:type="spellStart"/>
      <w:r w:rsidRPr="00455071">
        <w:rPr>
          <w:sz w:val="28"/>
          <w:szCs w:val="28"/>
          <w:lang w:val="ru-RU"/>
        </w:rPr>
        <w:t>стандартів</w:t>
      </w:r>
      <w:proofErr w:type="spellEnd"/>
      <w:r w:rsidRPr="00455071">
        <w:rPr>
          <w:sz w:val="28"/>
          <w:szCs w:val="28"/>
          <w:lang w:val="ru-RU"/>
        </w:rPr>
        <w:t xml:space="preserve"> прав </w:t>
      </w:r>
      <w:proofErr w:type="spellStart"/>
      <w:r w:rsidRPr="00455071">
        <w:rPr>
          <w:sz w:val="28"/>
          <w:szCs w:val="28"/>
          <w:lang w:val="ru-RU"/>
        </w:rPr>
        <w:t>людини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насамперед</w:t>
      </w:r>
      <w:proofErr w:type="spellEnd"/>
      <w:r w:rsidRPr="00455071">
        <w:rPr>
          <w:sz w:val="28"/>
          <w:szCs w:val="28"/>
          <w:lang w:val="ru-RU"/>
        </w:rPr>
        <w:t xml:space="preserve"> толерантного </w:t>
      </w:r>
      <w:proofErr w:type="spellStart"/>
      <w:r w:rsidRPr="00455071">
        <w:rPr>
          <w:sz w:val="28"/>
          <w:szCs w:val="28"/>
          <w:lang w:val="ru-RU"/>
        </w:rPr>
        <w:t>ставлення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взаємоповаги</w:t>
      </w:r>
      <w:proofErr w:type="spellEnd"/>
      <w:r w:rsidRPr="00455071">
        <w:rPr>
          <w:sz w:val="28"/>
          <w:szCs w:val="28"/>
          <w:lang w:val="ru-RU"/>
        </w:rPr>
        <w:t xml:space="preserve"> один до одного;</w:t>
      </w:r>
    </w:p>
    <w:p w:rsidR="008C3D90" w:rsidRPr="008F604E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недостатньо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сформовані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навички</w:t>
      </w:r>
      <w:proofErr w:type="spellEnd"/>
      <w:r w:rsidRPr="00455071">
        <w:rPr>
          <w:sz w:val="28"/>
          <w:szCs w:val="28"/>
          <w:lang w:val="ru-RU"/>
        </w:rPr>
        <w:t xml:space="preserve"> здорового способу </w:t>
      </w:r>
      <w:proofErr w:type="spellStart"/>
      <w:r w:rsidRPr="00455071">
        <w:rPr>
          <w:sz w:val="28"/>
          <w:szCs w:val="28"/>
          <w:lang w:val="ru-RU"/>
        </w:rPr>
        <w:t>життя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розуміння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8F604E">
        <w:rPr>
          <w:sz w:val="28"/>
          <w:szCs w:val="28"/>
          <w:lang w:val="ru-RU"/>
        </w:rPr>
        <w:t>важливості</w:t>
      </w:r>
      <w:proofErr w:type="spellEnd"/>
      <w:r w:rsidRPr="008F604E">
        <w:rPr>
          <w:sz w:val="28"/>
          <w:szCs w:val="28"/>
          <w:lang w:val="ru-RU"/>
        </w:rPr>
        <w:t xml:space="preserve"> </w:t>
      </w:r>
      <w:proofErr w:type="spellStart"/>
      <w:r w:rsidRPr="008F604E">
        <w:rPr>
          <w:sz w:val="28"/>
          <w:szCs w:val="28"/>
          <w:lang w:val="ru-RU"/>
        </w:rPr>
        <w:t>комплексної</w:t>
      </w:r>
      <w:proofErr w:type="spellEnd"/>
      <w:r w:rsidRPr="008F604E">
        <w:rPr>
          <w:sz w:val="28"/>
          <w:szCs w:val="28"/>
          <w:lang w:val="ru-RU"/>
        </w:rPr>
        <w:t xml:space="preserve"> </w:t>
      </w:r>
      <w:proofErr w:type="spellStart"/>
      <w:r w:rsidRPr="008F604E">
        <w:rPr>
          <w:sz w:val="28"/>
          <w:szCs w:val="28"/>
          <w:lang w:val="ru-RU"/>
        </w:rPr>
        <w:t>турботи</w:t>
      </w:r>
      <w:proofErr w:type="spellEnd"/>
      <w:r w:rsidRPr="008F604E">
        <w:rPr>
          <w:sz w:val="28"/>
          <w:szCs w:val="28"/>
          <w:lang w:val="ru-RU"/>
        </w:rPr>
        <w:t xml:space="preserve"> про </w:t>
      </w:r>
      <w:proofErr w:type="spellStart"/>
      <w:r w:rsidRPr="008F604E">
        <w:rPr>
          <w:sz w:val="28"/>
          <w:szCs w:val="28"/>
          <w:lang w:val="ru-RU"/>
        </w:rPr>
        <w:t>фізичне</w:t>
      </w:r>
      <w:proofErr w:type="spellEnd"/>
      <w:r w:rsidRPr="008F604E">
        <w:rPr>
          <w:sz w:val="28"/>
          <w:szCs w:val="28"/>
          <w:lang w:val="ru-RU"/>
        </w:rPr>
        <w:t xml:space="preserve"> та </w:t>
      </w:r>
      <w:proofErr w:type="spellStart"/>
      <w:r w:rsidRPr="008F604E">
        <w:rPr>
          <w:sz w:val="28"/>
          <w:szCs w:val="28"/>
          <w:lang w:val="ru-RU"/>
        </w:rPr>
        <w:t>психологічне</w:t>
      </w:r>
      <w:proofErr w:type="spellEnd"/>
      <w:r w:rsidRPr="008F604E">
        <w:rPr>
          <w:sz w:val="28"/>
          <w:szCs w:val="28"/>
          <w:lang w:val="ru-RU"/>
        </w:rPr>
        <w:t xml:space="preserve"> </w:t>
      </w:r>
      <w:proofErr w:type="spellStart"/>
      <w:r w:rsidRPr="008F604E">
        <w:rPr>
          <w:sz w:val="28"/>
          <w:szCs w:val="28"/>
          <w:lang w:val="ru-RU"/>
        </w:rPr>
        <w:t>благополуччя</w:t>
      </w:r>
      <w:proofErr w:type="spellEnd"/>
      <w:r w:rsidRPr="008F604E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before="240" w:after="160" w:line="240" w:lineRule="auto"/>
        <w:jc w:val="both"/>
        <w:rPr>
          <w:sz w:val="28"/>
          <w:szCs w:val="28"/>
          <w:lang w:val="ru-RU"/>
        </w:rPr>
      </w:pPr>
      <w:r w:rsidRPr="00455071">
        <w:rPr>
          <w:b/>
          <w:color w:val="111111"/>
          <w:sz w:val="28"/>
          <w:szCs w:val="28"/>
        </w:rPr>
        <w:t>I</w:t>
      </w:r>
      <w:r w:rsidR="008F604E">
        <w:rPr>
          <w:b/>
          <w:color w:val="111111"/>
          <w:sz w:val="28"/>
          <w:szCs w:val="28"/>
          <w:lang w:val="uk-UA"/>
        </w:rPr>
        <w:t>ІІ</w:t>
      </w:r>
      <w:r w:rsidRPr="00455071">
        <w:rPr>
          <w:b/>
          <w:color w:val="111111"/>
          <w:sz w:val="28"/>
          <w:szCs w:val="28"/>
          <w:lang w:val="ru-RU"/>
        </w:rPr>
        <w:t xml:space="preserve">. Мета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834780" w:rsidRPr="00C22133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r w:rsidRPr="00455071">
        <w:rPr>
          <w:sz w:val="28"/>
          <w:szCs w:val="28"/>
          <w:lang w:val="ru-RU"/>
        </w:rPr>
        <w:t xml:space="preserve">Метою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 xml:space="preserve"> є </w:t>
      </w:r>
      <w:proofErr w:type="spellStart"/>
      <w:r w:rsidRPr="00455071">
        <w:rPr>
          <w:sz w:val="28"/>
          <w:szCs w:val="28"/>
          <w:lang w:val="ru-RU"/>
        </w:rPr>
        <w:t>формування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як </w:t>
      </w:r>
      <w:proofErr w:type="spellStart"/>
      <w:r w:rsidRPr="00455071">
        <w:rPr>
          <w:sz w:val="28"/>
          <w:szCs w:val="28"/>
          <w:lang w:val="ru-RU"/>
        </w:rPr>
        <w:t>стратегічної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складової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людського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капіталу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F90661" w:rsidRPr="00455071">
        <w:rPr>
          <w:sz w:val="28"/>
          <w:szCs w:val="28"/>
          <w:lang w:val="ru-RU"/>
        </w:rPr>
        <w:t>громади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відчуття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належності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українського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суспільства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розвиток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її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життєстійкості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створення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можливостей</w:t>
      </w:r>
      <w:proofErr w:type="spellEnd"/>
      <w:r w:rsidRPr="00455071">
        <w:rPr>
          <w:sz w:val="28"/>
          <w:szCs w:val="28"/>
          <w:lang w:val="ru-RU"/>
        </w:rPr>
        <w:t xml:space="preserve"> для </w:t>
      </w:r>
      <w:proofErr w:type="spellStart"/>
      <w:r w:rsidRPr="00455071">
        <w:rPr>
          <w:sz w:val="28"/>
          <w:szCs w:val="28"/>
          <w:lang w:val="ru-RU"/>
        </w:rPr>
        <w:t>особистісної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самореалізації</w:t>
      </w:r>
      <w:proofErr w:type="spellEnd"/>
      <w:r w:rsidRPr="00455071">
        <w:rPr>
          <w:sz w:val="28"/>
          <w:szCs w:val="28"/>
          <w:lang w:val="ru-RU"/>
        </w:rPr>
        <w:t>.</w:t>
      </w:r>
    </w:p>
    <w:p w:rsidR="008C3D90" w:rsidRPr="00834780" w:rsidRDefault="008F604E" w:rsidP="00532014">
      <w:pPr>
        <w:spacing w:before="240" w:after="160" w:line="240" w:lineRule="auto"/>
        <w:jc w:val="both"/>
        <w:rPr>
          <w:sz w:val="28"/>
          <w:szCs w:val="28"/>
          <w:lang w:val="uk-UA"/>
        </w:rPr>
      </w:pPr>
      <w:r>
        <w:rPr>
          <w:b/>
          <w:color w:val="111111"/>
          <w:sz w:val="28"/>
          <w:szCs w:val="28"/>
          <w:lang w:val="uk-UA"/>
        </w:rPr>
        <w:t>І</w:t>
      </w:r>
      <w:r w:rsidR="00E46ABA" w:rsidRPr="00455071">
        <w:rPr>
          <w:b/>
          <w:color w:val="111111"/>
          <w:sz w:val="28"/>
          <w:szCs w:val="28"/>
        </w:rPr>
        <w:t>V</w:t>
      </w:r>
      <w:r w:rsidR="00E46ABA" w:rsidRPr="00834780">
        <w:rPr>
          <w:b/>
          <w:color w:val="111111"/>
          <w:sz w:val="28"/>
          <w:szCs w:val="28"/>
          <w:lang w:val="uk-UA"/>
        </w:rPr>
        <w:t>. Обґрунтування шляхів і засобів розв’язання проблеми</w:t>
      </w:r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b/>
          <w:sz w:val="28"/>
          <w:szCs w:val="28"/>
          <w:lang w:val="ru-RU"/>
        </w:rPr>
        <w:t>Основними</w:t>
      </w:r>
      <w:proofErr w:type="spellEnd"/>
      <w:r w:rsidRPr="00455071">
        <w:rPr>
          <w:b/>
          <w:sz w:val="28"/>
          <w:szCs w:val="28"/>
          <w:lang w:val="ru-RU"/>
        </w:rPr>
        <w:t xml:space="preserve"> шляхами й </w:t>
      </w:r>
      <w:proofErr w:type="spellStart"/>
      <w:r w:rsidRPr="00455071">
        <w:rPr>
          <w:b/>
          <w:sz w:val="28"/>
          <w:szCs w:val="28"/>
          <w:lang w:val="ru-RU"/>
        </w:rPr>
        <w:t>засобами</w:t>
      </w:r>
      <w:proofErr w:type="spellEnd"/>
      <w:r w:rsidRPr="00455071">
        <w:rPr>
          <w:b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sz w:val="28"/>
          <w:szCs w:val="28"/>
          <w:lang w:val="ru-RU"/>
        </w:rPr>
        <w:t>реалізації</w:t>
      </w:r>
      <w:proofErr w:type="spellEnd"/>
      <w:r w:rsidRPr="00455071">
        <w:rPr>
          <w:b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sz w:val="28"/>
          <w:szCs w:val="28"/>
          <w:lang w:val="ru-RU"/>
        </w:rPr>
        <w:t>Програми</w:t>
      </w:r>
      <w:proofErr w:type="spellEnd"/>
      <w:r w:rsidRPr="00455071">
        <w:rPr>
          <w:b/>
          <w:sz w:val="28"/>
          <w:szCs w:val="28"/>
          <w:lang w:val="ru-RU"/>
        </w:rPr>
        <w:t xml:space="preserve"> є:</w:t>
      </w:r>
    </w:p>
    <w:p w:rsidR="008C3D90" w:rsidRPr="009356B1" w:rsidRDefault="00833DAB" w:rsidP="00532014">
      <w:pPr>
        <w:pStyle w:val="a0"/>
        <w:spacing w:after="60" w:line="240" w:lineRule="auto"/>
        <w:jc w:val="both"/>
        <w:rPr>
          <w:color w:val="auto"/>
          <w:sz w:val="28"/>
          <w:szCs w:val="28"/>
          <w:lang w:val="ru-RU"/>
        </w:rPr>
      </w:pPr>
      <w:proofErr w:type="spellStart"/>
      <w:r w:rsidRPr="009356B1">
        <w:rPr>
          <w:color w:val="auto"/>
          <w:sz w:val="28"/>
          <w:szCs w:val="28"/>
          <w:lang w:val="ru-RU"/>
        </w:rPr>
        <w:t>поширення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наявних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та </w:t>
      </w:r>
      <w:proofErr w:type="spellStart"/>
      <w:r w:rsidRPr="009356B1">
        <w:rPr>
          <w:color w:val="auto"/>
          <w:sz w:val="28"/>
          <w:szCs w:val="28"/>
          <w:lang w:val="ru-RU"/>
        </w:rPr>
        <w:t>запровадження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нових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моделей для </w:t>
      </w:r>
      <w:proofErr w:type="spellStart"/>
      <w:r w:rsidRPr="009356B1">
        <w:rPr>
          <w:color w:val="auto"/>
          <w:sz w:val="28"/>
          <w:szCs w:val="28"/>
          <w:lang w:val="ru-RU"/>
        </w:rPr>
        <w:t>розвитку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9356B1">
        <w:rPr>
          <w:color w:val="auto"/>
          <w:sz w:val="28"/>
          <w:szCs w:val="28"/>
          <w:lang w:val="ru-RU"/>
        </w:rPr>
        <w:t>інтеграції</w:t>
      </w:r>
      <w:proofErr w:type="spellEnd"/>
      <w:r w:rsidR="009356B1" w:rsidRPr="009356B1">
        <w:rPr>
          <w:color w:val="auto"/>
          <w:sz w:val="28"/>
          <w:szCs w:val="28"/>
          <w:lang w:val="ru-RU"/>
        </w:rPr>
        <w:t xml:space="preserve"> та </w:t>
      </w:r>
      <w:proofErr w:type="spellStart"/>
      <w:r w:rsidR="009356B1" w:rsidRPr="009356B1">
        <w:rPr>
          <w:color w:val="auto"/>
          <w:sz w:val="28"/>
          <w:szCs w:val="28"/>
          <w:lang w:val="ru-RU"/>
        </w:rPr>
        <w:t>участі</w:t>
      </w:r>
      <w:proofErr w:type="spellEnd"/>
      <w:r w:rsidR="009356B1"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9356B1" w:rsidRPr="009356B1">
        <w:rPr>
          <w:color w:val="auto"/>
          <w:sz w:val="28"/>
          <w:szCs w:val="28"/>
          <w:lang w:val="ru-RU"/>
        </w:rPr>
        <w:t>молоді</w:t>
      </w:r>
      <w:proofErr w:type="spellEnd"/>
      <w:r w:rsidR="009356B1" w:rsidRPr="009356B1">
        <w:rPr>
          <w:color w:val="auto"/>
          <w:sz w:val="28"/>
          <w:szCs w:val="28"/>
          <w:lang w:val="ru-RU"/>
        </w:rPr>
        <w:t xml:space="preserve"> у </w:t>
      </w:r>
      <w:proofErr w:type="spellStart"/>
      <w:r w:rsidR="009356B1" w:rsidRPr="009356B1">
        <w:rPr>
          <w:color w:val="auto"/>
          <w:sz w:val="28"/>
          <w:szCs w:val="28"/>
          <w:lang w:val="ru-RU"/>
        </w:rPr>
        <w:t>суспільному</w:t>
      </w:r>
      <w:proofErr w:type="spellEnd"/>
      <w:r w:rsidR="009356B1"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proofErr w:type="gramStart"/>
      <w:r w:rsidR="009356B1" w:rsidRPr="009356B1">
        <w:rPr>
          <w:color w:val="auto"/>
          <w:sz w:val="28"/>
          <w:szCs w:val="28"/>
          <w:lang w:val="ru-RU"/>
        </w:rPr>
        <w:t>житті</w:t>
      </w:r>
      <w:proofErr w:type="spellEnd"/>
      <w:r w:rsidR="009356B1" w:rsidRPr="009356B1">
        <w:rPr>
          <w:color w:val="auto"/>
          <w:sz w:val="28"/>
          <w:szCs w:val="28"/>
          <w:lang w:val="ru-RU"/>
        </w:rPr>
        <w:t xml:space="preserve">  </w:t>
      </w:r>
      <w:proofErr w:type="spellStart"/>
      <w:r w:rsidR="009356B1" w:rsidRPr="009356B1">
        <w:rPr>
          <w:color w:val="auto"/>
          <w:sz w:val="28"/>
          <w:szCs w:val="28"/>
          <w:lang w:val="ru-RU"/>
        </w:rPr>
        <w:t>із</w:t>
      </w:r>
      <w:proofErr w:type="spellEnd"/>
      <w:proofErr w:type="gramEnd"/>
      <w:r w:rsidR="009356B1"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9356B1" w:rsidRPr="009356B1">
        <w:rPr>
          <w:color w:val="auto"/>
          <w:sz w:val="28"/>
          <w:szCs w:val="28"/>
          <w:lang w:val="ru-RU"/>
        </w:rPr>
        <w:t>застосуванням</w:t>
      </w:r>
      <w:proofErr w:type="spellEnd"/>
      <w:r w:rsidR="009356B1"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9356B1" w:rsidRPr="009356B1">
        <w:rPr>
          <w:color w:val="auto"/>
          <w:sz w:val="28"/>
          <w:szCs w:val="28"/>
          <w:lang w:val="ru-RU"/>
        </w:rPr>
        <w:t>цифрових</w:t>
      </w:r>
      <w:proofErr w:type="spellEnd"/>
      <w:r w:rsidR="009356B1"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9356B1" w:rsidRPr="009356B1">
        <w:rPr>
          <w:color w:val="auto"/>
          <w:sz w:val="28"/>
          <w:szCs w:val="28"/>
          <w:lang w:val="ru-RU"/>
        </w:rPr>
        <w:t>інструментів</w:t>
      </w:r>
      <w:proofErr w:type="spellEnd"/>
      <w:r w:rsidR="00E46ABA" w:rsidRPr="009356B1">
        <w:rPr>
          <w:color w:val="auto"/>
          <w:sz w:val="28"/>
          <w:szCs w:val="28"/>
          <w:lang w:val="ru-RU"/>
        </w:rPr>
        <w:t>;</w:t>
      </w:r>
    </w:p>
    <w:p w:rsidR="008C3D90" w:rsidRPr="009356B1" w:rsidRDefault="009356B1" w:rsidP="00532014">
      <w:pPr>
        <w:pStyle w:val="a0"/>
        <w:spacing w:after="60" w:line="240" w:lineRule="auto"/>
        <w:jc w:val="both"/>
        <w:rPr>
          <w:color w:val="auto"/>
          <w:sz w:val="28"/>
          <w:szCs w:val="28"/>
          <w:lang w:val="ru-RU"/>
        </w:rPr>
      </w:pPr>
      <w:proofErr w:type="spellStart"/>
      <w:r w:rsidRPr="009356B1">
        <w:rPr>
          <w:color w:val="auto"/>
          <w:sz w:val="28"/>
          <w:szCs w:val="28"/>
          <w:lang w:val="ru-RU"/>
        </w:rPr>
        <w:t>розвиток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громадянського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суспільства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9356B1">
        <w:rPr>
          <w:color w:val="auto"/>
          <w:sz w:val="28"/>
          <w:szCs w:val="28"/>
          <w:lang w:val="ru-RU"/>
        </w:rPr>
        <w:t>впровадження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громадянської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освіти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9356B1">
        <w:rPr>
          <w:color w:val="auto"/>
          <w:sz w:val="28"/>
          <w:szCs w:val="28"/>
          <w:lang w:val="ru-RU"/>
        </w:rPr>
        <w:t>поширення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неформальної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освіти</w:t>
      </w:r>
      <w:proofErr w:type="spellEnd"/>
      <w:r w:rsidRPr="009356B1">
        <w:rPr>
          <w:color w:val="auto"/>
          <w:sz w:val="28"/>
          <w:szCs w:val="28"/>
          <w:lang w:val="ru-RU"/>
        </w:rPr>
        <w:t>;</w:t>
      </w:r>
    </w:p>
    <w:p w:rsidR="008C3D90" w:rsidRDefault="009356B1" w:rsidP="00532014">
      <w:pPr>
        <w:pStyle w:val="a0"/>
        <w:spacing w:after="60" w:line="240" w:lineRule="auto"/>
        <w:jc w:val="both"/>
        <w:rPr>
          <w:color w:val="auto"/>
          <w:sz w:val="28"/>
          <w:szCs w:val="28"/>
          <w:lang w:val="ru-RU"/>
        </w:rPr>
      </w:pPr>
      <w:proofErr w:type="spellStart"/>
      <w:r w:rsidRPr="009356B1">
        <w:rPr>
          <w:color w:val="auto"/>
          <w:sz w:val="28"/>
          <w:szCs w:val="28"/>
          <w:lang w:val="ru-RU"/>
        </w:rPr>
        <w:t>упровадження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інклюзивного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підходу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та </w:t>
      </w:r>
      <w:proofErr w:type="spellStart"/>
      <w:r w:rsidRPr="009356B1">
        <w:rPr>
          <w:color w:val="auto"/>
          <w:sz w:val="28"/>
          <w:szCs w:val="28"/>
          <w:lang w:val="ru-RU"/>
        </w:rPr>
        <w:t>забезпечення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рівних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gramStart"/>
      <w:r w:rsidRPr="009356B1">
        <w:rPr>
          <w:color w:val="auto"/>
          <w:sz w:val="28"/>
          <w:szCs w:val="28"/>
          <w:lang w:val="ru-RU"/>
        </w:rPr>
        <w:t>прав ,</w:t>
      </w:r>
      <w:proofErr w:type="gramEnd"/>
      <w:r w:rsidRPr="009356B1">
        <w:rPr>
          <w:color w:val="auto"/>
          <w:sz w:val="28"/>
          <w:szCs w:val="28"/>
          <w:lang w:val="ru-RU"/>
        </w:rPr>
        <w:t xml:space="preserve"> а </w:t>
      </w:r>
      <w:proofErr w:type="spellStart"/>
      <w:r w:rsidRPr="009356B1">
        <w:rPr>
          <w:color w:val="auto"/>
          <w:sz w:val="28"/>
          <w:szCs w:val="28"/>
          <w:lang w:val="ru-RU"/>
        </w:rPr>
        <w:t>також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доступу до </w:t>
      </w:r>
      <w:proofErr w:type="spellStart"/>
      <w:r w:rsidRPr="009356B1">
        <w:rPr>
          <w:color w:val="auto"/>
          <w:sz w:val="28"/>
          <w:szCs w:val="28"/>
          <w:lang w:val="ru-RU"/>
        </w:rPr>
        <w:t>послуг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і </w:t>
      </w:r>
      <w:proofErr w:type="spellStart"/>
      <w:r w:rsidRPr="009356B1">
        <w:rPr>
          <w:color w:val="auto"/>
          <w:sz w:val="28"/>
          <w:szCs w:val="28"/>
          <w:lang w:val="ru-RU"/>
        </w:rPr>
        <w:t>можливостей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9356B1">
        <w:rPr>
          <w:color w:val="auto"/>
          <w:sz w:val="28"/>
          <w:szCs w:val="28"/>
          <w:lang w:val="ru-RU"/>
        </w:rPr>
        <w:t>інформації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для </w:t>
      </w:r>
      <w:proofErr w:type="spellStart"/>
      <w:r w:rsidRPr="009356B1">
        <w:rPr>
          <w:color w:val="auto"/>
          <w:sz w:val="28"/>
          <w:szCs w:val="28"/>
          <w:lang w:val="ru-RU"/>
        </w:rPr>
        <w:t>різних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категорій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молоді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9356B1">
        <w:rPr>
          <w:color w:val="auto"/>
          <w:sz w:val="28"/>
          <w:szCs w:val="28"/>
          <w:lang w:val="ru-RU"/>
        </w:rPr>
        <w:t>насамперед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для </w:t>
      </w:r>
      <w:proofErr w:type="spellStart"/>
      <w:r w:rsidRPr="009356B1">
        <w:rPr>
          <w:color w:val="auto"/>
          <w:sz w:val="28"/>
          <w:szCs w:val="28"/>
          <w:lang w:val="ru-RU"/>
        </w:rPr>
        <w:t>молоді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з </w:t>
      </w:r>
      <w:proofErr w:type="spellStart"/>
      <w:r w:rsidRPr="009356B1">
        <w:rPr>
          <w:color w:val="auto"/>
          <w:sz w:val="28"/>
          <w:szCs w:val="28"/>
          <w:lang w:val="ru-RU"/>
        </w:rPr>
        <w:t>обмеженими</w:t>
      </w:r>
      <w:proofErr w:type="spellEnd"/>
      <w:r w:rsidRP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9356B1">
        <w:rPr>
          <w:color w:val="auto"/>
          <w:sz w:val="28"/>
          <w:szCs w:val="28"/>
          <w:lang w:val="ru-RU"/>
        </w:rPr>
        <w:t>можливостями</w:t>
      </w:r>
      <w:proofErr w:type="spellEnd"/>
      <w:r w:rsidRPr="009356B1">
        <w:rPr>
          <w:color w:val="auto"/>
          <w:sz w:val="28"/>
          <w:szCs w:val="28"/>
          <w:lang w:val="ru-RU"/>
        </w:rPr>
        <w:t>;</w:t>
      </w:r>
    </w:p>
    <w:p w:rsidR="009356B1" w:rsidRPr="009356B1" w:rsidRDefault="009356B1" w:rsidP="00532014">
      <w:pPr>
        <w:pStyle w:val="a0"/>
        <w:spacing w:after="60" w:line="240" w:lineRule="auto"/>
        <w:jc w:val="both"/>
        <w:rPr>
          <w:color w:val="auto"/>
          <w:sz w:val="28"/>
          <w:szCs w:val="28"/>
          <w:lang w:val="ru-RU"/>
        </w:rPr>
      </w:pPr>
      <w:proofErr w:type="spellStart"/>
      <w:r w:rsidRPr="00313697">
        <w:rPr>
          <w:sz w:val="28"/>
          <w:szCs w:val="28"/>
          <w:lang w:val="ru-RU"/>
        </w:rPr>
        <w:t>створення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сприятливого</w:t>
      </w:r>
      <w:proofErr w:type="spellEnd"/>
      <w:r w:rsidRPr="00313697">
        <w:rPr>
          <w:sz w:val="28"/>
          <w:szCs w:val="28"/>
          <w:lang w:val="ru-RU"/>
        </w:rPr>
        <w:t xml:space="preserve"> та </w:t>
      </w:r>
      <w:proofErr w:type="spellStart"/>
      <w:r w:rsidRPr="00313697">
        <w:rPr>
          <w:sz w:val="28"/>
          <w:szCs w:val="28"/>
          <w:lang w:val="ru-RU"/>
        </w:rPr>
        <w:t>інклюзивного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середовища</w:t>
      </w:r>
      <w:proofErr w:type="spellEnd"/>
      <w:r w:rsidRPr="00313697">
        <w:rPr>
          <w:sz w:val="28"/>
          <w:szCs w:val="28"/>
          <w:lang w:val="ru-RU"/>
        </w:rPr>
        <w:t xml:space="preserve">, в </w:t>
      </w:r>
      <w:proofErr w:type="spellStart"/>
      <w:r w:rsidRPr="00313697">
        <w:rPr>
          <w:sz w:val="28"/>
          <w:szCs w:val="28"/>
          <w:lang w:val="ru-RU"/>
        </w:rPr>
        <w:t>якому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враховуються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різноманітні</w:t>
      </w:r>
      <w:proofErr w:type="spellEnd"/>
      <w:r w:rsidRPr="00313697">
        <w:rPr>
          <w:sz w:val="28"/>
          <w:szCs w:val="28"/>
          <w:lang w:val="ru-RU"/>
        </w:rPr>
        <w:t xml:space="preserve"> потреби, а </w:t>
      </w:r>
      <w:proofErr w:type="spellStart"/>
      <w:r w:rsidRPr="00313697">
        <w:rPr>
          <w:sz w:val="28"/>
          <w:szCs w:val="28"/>
          <w:lang w:val="ru-RU"/>
        </w:rPr>
        <w:t>також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забезпечується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рівний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r w:rsidRPr="00313697">
        <w:rPr>
          <w:sz w:val="28"/>
          <w:szCs w:val="28"/>
          <w:lang w:val="ru-RU"/>
        </w:rPr>
        <w:lastRenderedPageBreak/>
        <w:t xml:space="preserve">доступ до </w:t>
      </w:r>
      <w:proofErr w:type="spellStart"/>
      <w:r w:rsidRPr="00313697">
        <w:rPr>
          <w:sz w:val="28"/>
          <w:szCs w:val="28"/>
          <w:lang w:val="ru-RU"/>
        </w:rPr>
        <w:t>змістовних</w:t>
      </w:r>
      <w:proofErr w:type="spellEnd"/>
      <w:r w:rsidRPr="00313697">
        <w:rPr>
          <w:sz w:val="28"/>
          <w:szCs w:val="28"/>
          <w:lang w:val="ru-RU"/>
        </w:rPr>
        <w:t xml:space="preserve"> та </w:t>
      </w:r>
      <w:proofErr w:type="spellStart"/>
      <w:r w:rsidRPr="00313697">
        <w:rPr>
          <w:sz w:val="28"/>
          <w:szCs w:val="28"/>
          <w:lang w:val="ru-RU"/>
        </w:rPr>
        <w:t>актуальних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можливостей</w:t>
      </w:r>
      <w:proofErr w:type="spellEnd"/>
      <w:r w:rsidRPr="00313697">
        <w:rPr>
          <w:sz w:val="28"/>
          <w:szCs w:val="28"/>
          <w:lang w:val="ru-RU"/>
        </w:rPr>
        <w:t xml:space="preserve">, </w:t>
      </w:r>
      <w:proofErr w:type="spellStart"/>
      <w:r w:rsidRPr="00313697">
        <w:rPr>
          <w:sz w:val="28"/>
          <w:szCs w:val="28"/>
          <w:lang w:val="ru-RU"/>
        </w:rPr>
        <w:t>сприяє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реалізації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потенціалу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молоді</w:t>
      </w:r>
      <w:proofErr w:type="spellEnd"/>
      <w:r w:rsidRPr="00313697">
        <w:rPr>
          <w:sz w:val="28"/>
          <w:szCs w:val="28"/>
          <w:lang w:val="ru-RU"/>
        </w:rPr>
        <w:t xml:space="preserve"> та </w:t>
      </w:r>
      <w:proofErr w:type="spellStart"/>
      <w:r w:rsidRPr="00313697">
        <w:rPr>
          <w:sz w:val="28"/>
          <w:szCs w:val="28"/>
          <w:lang w:val="ru-RU"/>
        </w:rPr>
        <w:t>формуванню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стійкого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відчуття</w:t>
      </w:r>
      <w:proofErr w:type="spellEnd"/>
      <w:r w:rsidRPr="00313697">
        <w:rPr>
          <w:sz w:val="28"/>
          <w:szCs w:val="28"/>
          <w:lang w:val="ru-RU"/>
        </w:rPr>
        <w:t xml:space="preserve"> </w:t>
      </w:r>
      <w:proofErr w:type="spellStart"/>
      <w:r w:rsidRPr="00313697">
        <w:rPr>
          <w:sz w:val="28"/>
          <w:szCs w:val="28"/>
          <w:lang w:val="ru-RU"/>
        </w:rPr>
        <w:t>належності</w:t>
      </w:r>
      <w:proofErr w:type="spellEnd"/>
      <w:r w:rsidRPr="00313697">
        <w:rPr>
          <w:sz w:val="28"/>
          <w:szCs w:val="28"/>
          <w:lang w:val="ru-RU"/>
        </w:rPr>
        <w:t xml:space="preserve"> до </w:t>
      </w:r>
      <w:proofErr w:type="spellStart"/>
      <w:r w:rsidRPr="00313697">
        <w:rPr>
          <w:sz w:val="28"/>
          <w:szCs w:val="28"/>
          <w:lang w:val="ru-RU"/>
        </w:rPr>
        <w:t>спільноти</w:t>
      </w:r>
      <w:proofErr w:type="spellEnd"/>
      <w:r>
        <w:rPr>
          <w:sz w:val="28"/>
          <w:szCs w:val="28"/>
          <w:lang w:val="ru-RU"/>
        </w:rPr>
        <w:t>;</w:t>
      </w:r>
    </w:p>
    <w:p w:rsidR="008C3D90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711092">
        <w:rPr>
          <w:color w:val="auto"/>
          <w:sz w:val="28"/>
          <w:szCs w:val="28"/>
          <w:lang w:val="ru-RU"/>
        </w:rPr>
        <w:t>підвищення</w:t>
      </w:r>
      <w:proofErr w:type="spellEnd"/>
      <w:r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711092">
        <w:rPr>
          <w:color w:val="auto"/>
          <w:sz w:val="28"/>
          <w:szCs w:val="28"/>
          <w:lang w:val="ru-RU"/>
        </w:rPr>
        <w:t>організаційної</w:t>
      </w:r>
      <w:proofErr w:type="spellEnd"/>
      <w:r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711092">
        <w:rPr>
          <w:color w:val="auto"/>
          <w:sz w:val="28"/>
          <w:szCs w:val="28"/>
          <w:lang w:val="ru-RU"/>
        </w:rPr>
        <w:t>спроможності</w:t>
      </w:r>
      <w:proofErr w:type="spellEnd"/>
      <w:r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Комунальної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установи «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Молодіжний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центр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відкритих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можливостей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>»</w:t>
      </w:r>
      <w:r w:rsidR="00430FC8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Верхньодніпровської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міської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ради,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Молодіжної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ради при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виконавчому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комітеті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Верхньодніпровської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711092" w:rsidRPr="00711092">
        <w:rPr>
          <w:color w:val="auto"/>
          <w:sz w:val="28"/>
          <w:szCs w:val="28"/>
          <w:lang w:val="ru-RU"/>
        </w:rPr>
        <w:t>міської</w:t>
      </w:r>
      <w:proofErr w:type="spellEnd"/>
      <w:r w:rsidR="00711092" w:rsidRPr="00711092">
        <w:rPr>
          <w:color w:val="auto"/>
          <w:sz w:val="28"/>
          <w:szCs w:val="28"/>
          <w:lang w:val="ru-RU"/>
        </w:rPr>
        <w:t xml:space="preserve"> ради, </w:t>
      </w:r>
      <w:proofErr w:type="spellStart"/>
      <w:r w:rsidR="009356B1">
        <w:rPr>
          <w:color w:val="auto"/>
          <w:sz w:val="28"/>
          <w:szCs w:val="28"/>
          <w:lang w:val="ru-RU"/>
        </w:rPr>
        <w:t>створення</w:t>
      </w:r>
      <w:proofErr w:type="spellEnd"/>
      <w:r w:rsid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9356B1">
        <w:rPr>
          <w:color w:val="auto"/>
          <w:sz w:val="28"/>
          <w:szCs w:val="28"/>
          <w:lang w:val="ru-RU"/>
        </w:rPr>
        <w:t>молодіжних</w:t>
      </w:r>
      <w:proofErr w:type="spellEnd"/>
      <w:r w:rsid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9356B1">
        <w:rPr>
          <w:color w:val="auto"/>
          <w:sz w:val="28"/>
          <w:szCs w:val="28"/>
          <w:lang w:val="ru-RU"/>
        </w:rPr>
        <w:t>хабів</w:t>
      </w:r>
      <w:proofErr w:type="spellEnd"/>
      <w:r w:rsidR="009356B1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711092">
        <w:rPr>
          <w:color w:val="auto"/>
          <w:sz w:val="28"/>
          <w:szCs w:val="28"/>
          <w:lang w:val="ru-RU"/>
        </w:rPr>
        <w:t>просторів</w:t>
      </w:r>
      <w:proofErr w:type="spellEnd"/>
      <w:r w:rsidRPr="00711092">
        <w:rPr>
          <w:color w:val="auto"/>
          <w:sz w:val="28"/>
          <w:szCs w:val="28"/>
          <w:lang w:val="ru-RU"/>
        </w:rPr>
        <w:t xml:space="preserve"> </w:t>
      </w:r>
      <w:r w:rsidR="009356B1">
        <w:rPr>
          <w:color w:val="auto"/>
          <w:sz w:val="28"/>
          <w:szCs w:val="28"/>
          <w:lang w:val="ru-RU"/>
        </w:rPr>
        <w:t xml:space="preserve">на </w:t>
      </w:r>
      <w:proofErr w:type="spellStart"/>
      <w:r w:rsidR="009356B1">
        <w:rPr>
          <w:color w:val="auto"/>
          <w:sz w:val="28"/>
          <w:szCs w:val="28"/>
          <w:lang w:val="ru-RU"/>
        </w:rPr>
        <w:t>території</w:t>
      </w:r>
      <w:proofErr w:type="spellEnd"/>
      <w:r w:rsidR="009356B1">
        <w:rPr>
          <w:color w:val="auto"/>
          <w:sz w:val="28"/>
          <w:szCs w:val="28"/>
          <w:lang w:val="ru-RU"/>
        </w:rPr>
        <w:t xml:space="preserve"> </w:t>
      </w:r>
      <w:proofErr w:type="spellStart"/>
      <w:r w:rsidR="009356B1">
        <w:rPr>
          <w:color w:val="auto"/>
          <w:sz w:val="28"/>
          <w:szCs w:val="28"/>
          <w:lang w:val="ru-RU"/>
        </w:rPr>
        <w:t>громади</w:t>
      </w:r>
      <w:proofErr w:type="spellEnd"/>
      <w:r w:rsidRPr="00455071">
        <w:rPr>
          <w:sz w:val="28"/>
          <w:szCs w:val="28"/>
          <w:lang w:val="ru-RU"/>
        </w:rPr>
        <w:t xml:space="preserve"> для </w:t>
      </w:r>
      <w:proofErr w:type="spellStart"/>
      <w:r w:rsidRPr="00455071">
        <w:rPr>
          <w:sz w:val="28"/>
          <w:szCs w:val="28"/>
          <w:lang w:val="ru-RU"/>
        </w:rPr>
        <w:t>ефективного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виконання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пріоритетних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завдань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заходів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9356B1" w:rsidRPr="009356B1" w:rsidRDefault="009356B1" w:rsidP="00532014">
      <w:pPr>
        <w:pStyle w:val="a0"/>
        <w:spacing w:line="240" w:lineRule="auto"/>
        <w:jc w:val="both"/>
        <w:rPr>
          <w:sz w:val="28"/>
          <w:szCs w:val="28"/>
          <w:lang w:val="ru-RU"/>
        </w:rPr>
      </w:pPr>
      <w:proofErr w:type="spellStart"/>
      <w:r w:rsidRPr="009356B1">
        <w:rPr>
          <w:sz w:val="28"/>
          <w:szCs w:val="28"/>
          <w:lang w:val="ru-RU"/>
        </w:rPr>
        <w:t>підвищення</w:t>
      </w:r>
      <w:proofErr w:type="spellEnd"/>
      <w:r w:rsidRPr="009356B1">
        <w:rPr>
          <w:sz w:val="28"/>
          <w:szCs w:val="28"/>
          <w:lang w:val="ru-RU"/>
        </w:rPr>
        <w:t xml:space="preserve"> компетентностей </w:t>
      </w:r>
      <w:proofErr w:type="spellStart"/>
      <w:r w:rsidRPr="009356B1">
        <w:rPr>
          <w:sz w:val="28"/>
          <w:szCs w:val="28"/>
          <w:lang w:val="ru-RU"/>
        </w:rPr>
        <w:t>фахівців</w:t>
      </w:r>
      <w:proofErr w:type="spellEnd"/>
      <w:r w:rsidRPr="009356B1">
        <w:rPr>
          <w:sz w:val="28"/>
          <w:szCs w:val="28"/>
          <w:lang w:val="ru-RU"/>
        </w:rPr>
        <w:t xml:space="preserve">, </w:t>
      </w:r>
      <w:proofErr w:type="spellStart"/>
      <w:r w:rsidRPr="009356B1">
        <w:rPr>
          <w:sz w:val="28"/>
          <w:szCs w:val="28"/>
          <w:lang w:val="ru-RU"/>
        </w:rPr>
        <w:t>які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працюють</w:t>
      </w:r>
      <w:proofErr w:type="spellEnd"/>
      <w:r w:rsidRPr="009356B1">
        <w:rPr>
          <w:sz w:val="28"/>
          <w:szCs w:val="28"/>
          <w:lang w:val="ru-RU"/>
        </w:rPr>
        <w:t xml:space="preserve"> з </w:t>
      </w:r>
      <w:proofErr w:type="spellStart"/>
      <w:r w:rsidRPr="009356B1">
        <w:rPr>
          <w:sz w:val="28"/>
          <w:szCs w:val="28"/>
          <w:lang w:val="ru-RU"/>
        </w:rPr>
        <w:t>молоддю</w:t>
      </w:r>
      <w:proofErr w:type="spellEnd"/>
      <w:r w:rsidRPr="009356B1">
        <w:rPr>
          <w:sz w:val="28"/>
          <w:szCs w:val="28"/>
          <w:lang w:val="ru-RU"/>
        </w:rPr>
        <w:t xml:space="preserve">, для </w:t>
      </w:r>
      <w:proofErr w:type="spellStart"/>
      <w:r w:rsidRPr="009356B1">
        <w:rPr>
          <w:sz w:val="28"/>
          <w:szCs w:val="28"/>
          <w:lang w:val="ru-RU"/>
        </w:rPr>
        <w:t>забезпечення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ефективності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роботи</w:t>
      </w:r>
      <w:proofErr w:type="spellEnd"/>
      <w:r w:rsidRPr="009356B1">
        <w:rPr>
          <w:sz w:val="28"/>
          <w:szCs w:val="28"/>
          <w:lang w:val="ru-RU"/>
        </w:rPr>
        <w:t xml:space="preserve"> з </w:t>
      </w:r>
      <w:proofErr w:type="spellStart"/>
      <w:r w:rsidRPr="009356B1">
        <w:rPr>
          <w:sz w:val="28"/>
          <w:szCs w:val="28"/>
          <w:lang w:val="ru-RU"/>
        </w:rPr>
        <w:t>різними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категоріями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молоді</w:t>
      </w:r>
      <w:proofErr w:type="spellEnd"/>
      <w:r w:rsidRPr="009356B1">
        <w:rPr>
          <w:sz w:val="28"/>
          <w:szCs w:val="28"/>
          <w:lang w:val="ru-RU"/>
        </w:rPr>
        <w:t xml:space="preserve">, </w:t>
      </w:r>
      <w:proofErr w:type="spellStart"/>
      <w:r w:rsidRPr="009356B1">
        <w:rPr>
          <w:sz w:val="28"/>
          <w:szCs w:val="28"/>
          <w:lang w:val="ru-RU"/>
        </w:rPr>
        <w:t>забезпечення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інформаційної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роботи</w:t>
      </w:r>
      <w:proofErr w:type="spellEnd"/>
      <w:r w:rsidRPr="009356B1">
        <w:rPr>
          <w:sz w:val="28"/>
          <w:szCs w:val="28"/>
          <w:lang w:val="ru-RU"/>
        </w:rPr>
        <w:t xml:space="preserve"> з </w:t>
      </w:r>
      <w:proofErr w:type="spellStart"/>
      <w:r w:rsidRPr="009356B1">
        <w:rPr>
          <w:sz w:val="28"/>
          <w:szCs w:val="28"/>
          <w:lang w:val="ru-RU"/>
        </w:rPr>
        <w:t>молодд</w:t>
      </w:r>
      <w:r>
        <w:rPr>
          <w:sz w:val="28"/>
          <w:szCs w:val="28"/>
          <w:lang w:val="ru-RU"/>
        </w:rPr>
        <w:t>ю</w:t>
      </w:r>
      <w:proofErr w:type="spellEnd"/>
      <w:r w:rsidRPr="009356B1">
        <w:rPr>
          <w:sz w:val="28"/>
          <w:szCs w:val="28"/>
          <w:lang w:val="ru-RU"/>
        </w:rPr>
        <w:t xml:space="preserve">. </w:t>
      </w:r>
    </w:p>
    <w:p w:rsidR="009356B1" w:rsidRPr="009356B1" w:rsidRDefault="009356B1" w:rsidP="00532014">
      <w:pPr>
        <w:pStyle w:val="a0"/>
        <w:spacing w:line="240" w:lineRule="auto"/>
        <w:jc w:val="both"/>
        <w:rPr>
          <w:sz w:val="28"/>
          <w:szCs w:val="28"/>
          <w:lang w:val="ru-RU"/>
        </w:rPr>
      </w:pPr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створ</w:t>
      </w:r>
      <w:r w:rsidR="000C2DC3">
        <w:rPr>
          <w:sz w:val="28"/>
          <w:szCs w:val="28"/>
          <w:lang w:val="ru-RU"/>
        </w:rPr>
        <w:t>ення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доступн</w:t>
      </w:r>
      <w:r w:rsidR="000C2DC3">
        <w:rPr>
          <w:sz w:val="28"/>
          <w:szCs w:val="28"/>
          <w:lang w:val="ru-RU"/>
        </w:rPr>
        <w:t>их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можливост</w:t>
      </w:r>
      <w:r w:rsidR="000C2DC3">
        <w:rPr>
          <w:sz w:val="28"/>
          <w:szCs w:val="28"/>
          <w:lang w:val="ru-RU"/>
        </w:rPr>
        <w:t>ей</w:t>
      </w:r>
      <w:proofErr w:type="spellEnd"/>
      <w:r w:rsidRPr="009356B1">
        <w:rPr>
          <w:sz w:val="28"/>
          <w:szCs w:val="28"/>
          <w:lang w:val="ru-RU"/>
        </w:rPr>
        <w:t xml:space="preserve"> для </w:t>
      </w:r>
      <w:proofErr w:type="spellStart"/>
      <w:r w:rsidRPr="009356B1">
        <w:rPr>
          <w:sz w:val="28"/>
          <w:szCs w:val="28"/>
          <w:lang w:val="ru-RU"/>
        </w:rPr>
        <w:t>особистісного</w:t>
      </w:r>
      <w:proofErr w:type="spellEnd"/>
      <w:r w:rsidRPr="009356B1">
        <w:rPr>
          <w:sz w:val="28"/>
          <w:szCs w:val="28"/>
          <w:lang w:val="ru-RU"/>
        </w:rPr>
        <w:t xml:space="preserve">, </w:t>
      </w:r>
      <w:proofErr w:type="spellStart"/>
      <w:r w:rsidRPr="009356B1">
        <w:rPr>
          <w:sz w:val="28"/>
          <w:szCs w:val="28"/>
          <w:lang w:val="ru-RU"/>
        </w:rPr>
        <w:t>професійного</w:t>
      </w:r>
      <w:proofErr w:type="spellEnd"/>
      <w:r w:rsidRPr="009356B1">
        <w:rPr>
          <w:sz w:val="28"/>
          <w:szCs w:val="28"/>
          <w:lang w:val="ru-RU"/>
        </w:rPr>
        <w:t xml:space="preserve"> та </w:t>
      </w:r>
      <w:proofErr w:type="spellStart"/>
      <w:r w:rsidRPr="009356B1">
        <w:rPr>
          <w:sz w:val="28"/>
          <w:szCs w:val="28"/>
          <w:lang w:val="ru-RU"/>
        </w:rPr>
        <w:t>іншого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розвитку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молоді</w:t>
      </w:r>
      <w:proofErr w:type="spellEnd"/>
      <w:r w:rsidRPr="009356B1">
        <w:rPr>
          <w:sz w:val="28"/>
          <w:szCs w:val="28"/>
          <w:lang w:val="ru-RU"/>
        </w:rPr>
        <w:t xml:space="preserve"> на кожному </w:t>
      </w:r>
      <w:proofErr w:type="spellStart"/>
      <w:r w:rsidRPr="009356B1">
        <w:rPr>
          <w:sz w:val="28"/>
          <w:szCs w:val="28"/>
          <w:lang w:val="ru-RU"/>
        </w:rPr>
        <w:t>етапі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її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дорослішання</w:t>
      </w:r>
      <w:proofErr w:type="spellEnd"/>
      <w:r w:rsidRPr="009356B1">
        <w:rPr>
          <w:sz w:val="28"/>
          <w:szCs w:val="28"/>
          <w:lang w:val="ru-RU"/>
        </w:rPr>
        <w:t xml:space="preserve">, а </w:t>
      </w:r>
      <w:proofErr w:type="spellStart"/>
      <w:r w:rsidRPr="009356B1">
        <w:rPr>
          <w:sz w:val="28"/>
          <w:szCs w:val="28"/>
          <w:lang w:val="ru-RU"/>
        </w:rPr>
        <w:t>також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формування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основних</w:t>
      </w:r>
      <w:proofErr w:type="spellEnd"/>
      <w:r w:rsidRPr="009356B1">
        <w:rPr>
          <w:sz w:val="28"/>
          <w:szCs w:val="28"/>
          <w:lang w:val="ru-RU"/>
        </w:rPr>
        <w:t xml:space="preserve"> компетентностей, </w:t>
      </w:r>
      <w:proofErr w:type="spellStart"/>
      <w:r w:rsidRPr="009356B1">
        <w:rPr>
          <w:sz w:val="28"/>
          <w:szCs w:val="28"/>
          <w:lang w:val="ru-RU"/>
        </w:rPr>
        <w:t>що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сприятимуть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її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самореалізації</w:t>
      </w:r>
      <w:proofErr w:type="spellEnd"/>
      <w:r w:rsidRPr="009356B1">
        <w:rPr>
          <w:sz w:val="28"/>
          <w:szCs w:val="28"/>
          <w:lang w:val="ru-RU"/>
        </w:rPr>
        <w:t xml:space="preserve">, </w:t>
      </w:r>
      <w:proofErr w:type="spellStart"/>
      <w:r w:rsidRPr="009356B1">
        <w:rPr>
          <w:sz w:val="28"/>
          <w:szCs w:val="28"/>
          <w:lang w:val="ru-RU"/>
        </w:rPr>
        <w:t>розвитку</w:t>
      </w:r>
      <w:proofErr w:type="spellEnd"/>
      <w:r w:rsidRPr="009356B1">
        <w:rPr>
          <w:sz w:val="28"/>
          <w:szCs w:val="28"/>
          <w:lang w:val="ru-RU"/>
        </w:rPr>
        <w:t xml:space="preserve"> й </w:t>
      </w:r>
      <w:proofErr w:type="spellStart"/>
      <w:r w:rsidRPr="009356B1">
        <w:rPr>
          <w:sz w:val="28"/>
          <w:szCs w:val="28"/>
          <w:lang w:val="ru-RU"/>
        </w:rPr>
        <w:t>участі</w:t>
      </w:r>
      <w:proofErr w:type="spellEnd"/>
      <w:r w:rsidRPr="009356B1">
        <w:rPr>
          <w:sz w:val="28"/>
          <w:szCs w:val="28"/>
          <w:lang w:val="ru-RU"/>
        </w:rPr>
        <w:t xml:space="preserve"> в </w:t>
      </w:r>
      <w:proofErr w:type="spellStart"/>
      <w:r w:rsidRPr="009356B1">
        <w:rPr>
          <w:sz w:val="28"/>
          <w:szCs w:val="28"/>
          <w:lang w:val="ru-RU"/>
        </w:rPr>
        <w:t>суспільному</w:t>
      </w:r>
      <w:proofErr w:type="spellEnd"/>
      <w:r w:rsidRPr="009356B1">
        <w:rPr>
          <w:sz w:val="28"/>
          <w:szCs w:val="28"/>
          <w:lang w:val="ru-RU"/>
        </w:rPr>
        <w:t xml:space="preserve"> </w:t>
      </w:r>
      <w:proofErr w:type="spellStart"/>
      <w:r w:rsidRPr="009356B1">
        <w:rPr>
          <w:sz w:val="28"/>
          <w:szCs w:val="28"/>
          <w:lang w:val="ru-RU"/>
        </w:rPr>
        <w:t>житті</w:t>
      </w:r>
      <w:proofErr w:type="spellEnd"/>
      <w:r w:rsidRPr="009356B1">
        <w:rPr>
          <w:sz w:val="28"/>
          <w:szCs w:val="28"/>
          <w:lang w:val="ru-RU"/>
        </w:rPr>
        <w:t>.</w:t>
      </w:r>
    </w:p>
    <w:p w:rsidR="009356B1" w:rsidRPr="009356B1" w:rsidRDefault="009356B1" w:rsidP="00532014">
      <w:pPr>
        <w:pStyle w:val="a0"/>
        <w:numPr>
          <w:ilvl w:val="0"/>
          <w:numId w:val="0"/>
        </w:numPr>
        <w:spacing w:after="60" w:line="240" w:lineRule="auto"/>
        <w:ind w:left="928"/>
        <w:jc w:val="both"/>
        <w:rPr>
          <w:sz w:val="28"/>
          <w:szCs w:val="28"/>
          <w:lang w:val="ru-RU"/>
        </w:rPr>
      </w:pPr>
    </w:p>
    <w:p w:rsidR="008C3D90" w:rsidRPr="00455071" w:rsidRDefault="00E46ABA" w:rsidP="00532014">
      <w:pPr>
        <w:spacing w:before="240" w:after="160" w:line="240" w:lineRule="auto"/>
        <w:jc w:val="both"/>
        <w:rPr>
          <w:sz w:val="28"/>
          <w:szCs w:val="28"/>
          <w:lang w:val="ru-RU"/>
        </w:rPr>
      </w:pPr>
      <w:r w:rsidRPr="00455071">
        <w:rPr>
          <w:b/>
          <w:color w:val="111111"/>
          <w:sz w:val="28"/>
          <w:szCs w:val="28"/>
        </w:rPr>
        <w:t>V</w:t>
      </w:r>
      <w:r w:rsidRPr="00455071">
        <w:rPr>
          <w:b/>
          <w:color w:val="111111"/>
          <w:sz w:val="28"/>
          <w:szCs w:val="28"/>
          <w:lang w:val="ru-RU"/>
        </w:rPr>
        <w:t xml:space="preserve">. Строки й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етапи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виконання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Програма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реалізується</w:t>
      </w:r>
      <w:proofErr w:type="spellEnd"/>
      <w:r w:rsidRPr="00455071">
        <w:rPr>
          <w:sz w:val="28"/>
          <w:szCs w:val="28"/>
          <w:lang w:val="ru-RU"/>
        </w:rPr>
        <w:t xml:space="preserve"> в один </w:t>
      </w:r>
      <w:proofErr w:type="spellStart"/>
      <w:r w:rsidRPr="00455071">
        <w:rPr>
          <w:sz w:val="28"/>
          <w:szCs w:val="28"/>
          <w:lang w:val="ru-RU"/>
        </w:rPr>
        <w:t>етап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протягом</w:t>
      </w:r>
      <w:proofErr w:type="spellEnd"/>
      <w:r w:rsidRPr="00455071">
        <w:rPr>
          <w:sz w:val="28"/>
          <w:szCs w:val="28"/>
          <w:lang w:val="ru-RU"/>
        </w:rPr>
        <w:t xml:space="preserve"> 2027 </w:t>
      </w:r>
      <w:r w:rsidR="000C2DC3">
        <w:rPr>
          <w:sz w:val="28"/>
          <w:szCs w:val="28"/>
          <w:lang w:val="ru-RU"/>
        </w:rPr>
        <w:t>-2031</w:t>
      </w:r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</w:t>
      </w:r>
      <w:r w:rsidR="000C2DC3">
        <w:rPr>
          <w:sz w:val="28"/>
          <w:szCs w:val="28"/>
          <w:lang w:val="ru-RU"/>
        </w:rPr>
        <w:t>оків</w:t>
      </w:r>
      <w:proofErr w:type="spellEnd"/>
      <w:r w:rsidRPr="00455071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before="240" w:after="160" w:line="240" w:lineRule="auto"/>
        <w:jc w:val="both"/>
        <w:rPr>
          <w:sz w:val="28"/>
          <w:szCs w:val="28"/>
          <w:lang w:val="ru-RU"/>
        </w:rPr>
      </w:pPr>
      <w:r w:rsidRPr="00455071">
        <w:rPr>
          <w:b/>
          <w:color w:val="111111"/>
          <w:sz w:val="28"/>
          <w:szCs w:val="28"/>
        </w:rPr>
        <w:t>VI</w:t>
      </w:r>
      <w:r w:rsidRPr="00455071">
        <w:rPr>
          <w:b/>
          <w:color w:val="111111"/>
          <w:sz w:val="28"/>
          <w:szCs w:val="28"/>
          <w:lang w:val="ru-RU"/>
        </w:rPr>
        <w:t xml:space="preserve">.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Перелік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завдань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і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заходів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D85773" w:rsidRDefault="00D85773" w:rsidP="00532014">
      <w:pPr>
        <w:pStyle w:val="a0"/>
        <w:numPr>
          <w:ilvl w:val="0"/>
          <w:numId w:val="0"/>
        </w:numPr>
        <w:spacing w:after="0" w:line="240" w:lineRule="auto"/>
        <w:ind w:firstLine="92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Заходи </w:t>
      </w:r>
      <w:proofErr w:type="spellStart"/>
      <w:r>
        <w:rPr>
          <w:sz w:val="28"/>
          <w:szCs w:val="28"/>
          <w:lang w:val="ru-RU"/>
        </w:rPr>
        <w:t>реалізації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Програми</w:t>
      </w:r>
      <w:proofErr w:type="spellEnd"/>
      <w:r>
        <w:rPr>
          <w:sz w:val="28"/>
          <w:szCs w:val="28"/>
          <w:lang w:val="ru-RU"/>
        </w:rPr>
        <w:t xml:space="preserve">, строки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виконавці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обсяги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джерела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фінансування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очікуваний</w:t>
      </w:r>
      <w:proofErr w:type="spellEnd"/>
      <w:r>
        <w:rPr>
          <w:sz w:val="28"/>
          <w:szCs w:val="28"/>
          <w:lang w:val="ru-RU"/>
        </w:rPr>
        <w:t xml:space="preserve"> результат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виконання</w:t>
      </w:r>
      <w:proofErr w:type="spellEnd"/>
      <w:r>
        <w:rPr>
          <w:sz w:val="28"/>
          <w:szCs w:val="28"/>
          <w:lang w:val="ru-RU"/>
        </w:rPr>
        <w:t xml:space="preserve"> кожного заходу </w:t>
      </w:r>
      <w:proofErr w:type="spellStart"/>
      <w:r>
        <w:rPr>
          <w:sz w:val="28"/>
          <w:szCs w:val="28"/>
          <w:lang w:val="ru-RU"/>
        </w:rPr>
        <w:t>програми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визначені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 w:rsidR="00B600AA">
        <w:rPr>
          <w:sz w:val="28"/>
          <w:szCs w:val="28"/>
          <w:lang w:val="ru-RU"/>
        </w:rPr>
        <w:t>д</w:t>
      </w:r>
      <w:r>
        <w:rPr>
          <w:sz w:val="28"/>
          <w:szCs w:val="28"/>
          <w:lang w:val="ru-RU"/>
        </w:rPr>
        <w:t>одатку</w:t>
      </w:r>
      <w:proofErr w:type="spellEnd"/>
      <w:r w:rsidR="00B600AA">
        <w:rPr>
          <w:sz w:val="28"/>
          <w:szCs w:val="28"/>
          <w:lang w:val="ru-RU"/>
        </w:rPr>
        <w:t xml:space="preserve"> до </w:t>
      </w:r>
      <w:proofErr w:type="spellStart"/>
      <w:r w:rsidR="00B600AA">
        <w:rPr>
          <w:sz w:val="28"/>
          <w:szCs w:val="28"/>
          <w:lang w:val="ru-RU"/>
        </w:rPr>
        <w:t>програми</w:t>
      </w:r>
      <w:proofErr w:type="spellEnd"/>
      <w:r w:rsidR="00B600AA">
        <w:rPr>
          <w:sz w:val="28"/>
          <w:szCs w:val="28"/>
          <w:lang w:val="ru-RU"/>
        </w:rPr>
        <w:t xml:space="preserve"> </w:t>
      </w:r>
    </w:p>
    <w:p w:rsidR="00D85773" w:rsidRPr="00455071" w:rsidRDefault="00D85773" w:rsidP="00532014">
      <w:pPr>
        <w:pStyle w:val="a0"/>
        <w:numPr>
          <w:ilvl w:val="0"/>
          <w:numId w:val="0"/>
        </w:numPr>
        <w:spacing w:after="0" w:line="240" w:lineRule="auto"/>
        <w:ind w:firstLine="92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proofErr w:type="spellStart"/>
      <w:r>
        <w:rPr>
          <w:sz w:val="28"/>
          <w:szCs w:val="28"/>
          <w:lang w:val="ru-RU"/>
        </w:rPr>
        <w:t>ході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реалізації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заходів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можливі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коригування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пов'язані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фактичним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надходженням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коштів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реалізацію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заходів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Програми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уточненням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переліку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видів</w:t>
      </w:r>
      <w:proofErr w:type="spellEnd"/>
      <w:r>
        <w:rPr>
          <w:sz w:val="28"/>
          <w:szCs w:val="28"/>
          <w:lang w:val="ru-RU"/>
        </w:rPr>
        <w:t xml:space="preserve">), </w:t>
      </w:r>
      <w:proofErr w:type="spellStart"/>
      <w:r>
        <w:rPr>
          <w:sz w:val="28"/>
          <w:szCs w:val="28"/>
          <w:lang w:val="ru-RU"/>
        </w:rPr>
        <w:t>обсягів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робіт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виходячи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реальних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можливостей</w:t>
      </w:r>
      <w:proofErr w:type="spellEnd"/>
      <w:r>
        <w:rPr>
          <w:sz w:val="28"/>
          <w:szCs w:val="28"/>
          <w:lang w:val="ru-RU"/>
        </w:rPr>
        <w:t xml:space="preserve"> бюджету.</w:t>
      </w:r>
    </w:p>
    <w:p w:rsidR="000C2DC3" w:rsidRDefault="000C2DC3" w:rsidP="00B600AA">
      <w:pPr>
        <w:spacing w:after="80" w:line="240" w:lineRule="auto"/>
        <w:jc w:val="both"/>
        <w:rPr>
          <w:i/>
          <w:sz w:val="28"/>
          <w:szCs w:val="28"/>
          <w:lang w:val="ru-RU"/>
        </w:rPr>
      </w:pPr>
    </w:p>
    <w:p w:rsidR="008C3D90" w:rsidRPr="00455071" w:rsidRDefault="00E46ABA" w:rsidP="00532014">
      <w:pPr>
        <w:spacing w:before="240" w:after="160" w:line="240" w:lineRule="auto"/>
        <w:jc w:val="both"/>
        <w:rPr>
          <w:sz w:val="28"/>
          <w:szCs w:val="28"/>
          <w:lang w:val="ru-RU"/>
        </w:rPr>
      </w:pPr>
      <w:bookmarkStart w:id="2" w:name="_Hlk240446581"/>
      <w:r w:rsidRPr="00455071">
        <w:rPr>
          <w:b/>
          <w:color w:val="111111"/>
          <w:sz w:val="28"/>
          <w:szCs w:val="28"/>
        </w:rPr>
        <w:t>VII</w:t>
      </w:r>
      <w:bookmarkEnd w:id="2"/>
      <w:r w:rsidRPr="00455071">
        <w:rPr>
          <w:b/>
          <w:color w:val="111111"/>
          <w:sz w:val="28"/>
          <w:szCs w:val="28"/>
          <w:lang w:val="ru-RU"/>
        </w:rPr>
        <w:t xml:space="preserve">.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Ресурсне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забезпечення</w:t>
      </w:r>
      <w:proofErr w:type="spellEnd"/>
      <w:r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Фінанс</w:t>
      </w:r>
      <w:r w:rsidR="00D85773">
        <w:rPr>
          <w:sz w:val="28"/>
          <w:szCs w:val="28"/>
          <w:lang w:val="ru-RU"/>
        </w:rPr>
        <w:t>ове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забезпечення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здійснюється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r w:rsidR="00D85773">
        <w:rPr>
          <w:sz w:val="28"/>
          <w:szCs w:val="28"/>
          <w:lang w:val="ru-RU"/>
        </w:rPr>
        <w:t xml:space="preserve">у </w:t>
      </w:r>
      <w:proofErr w:type="spellStart"/>
      <w:r w:rsidR="00D85773">
        <w:rPr>
          <w:sz w:val="28"/>
          <w:szCs w:val="28"/>
          <w:lang w:val="ru-RU"/>
        </w:rPr>
        <w:t>відповідності</w:t>
      </w:r>
      <w:proofErr w:type="spellEnd"/>
      <w:r w:rsidR="00D85773">
        <w:rPr>
          <w:sz w:val="28"/>
          <w:szCs w:val="28"/>
          <w:lang w:val="ru-RU"/>
        </w:rPr>
        <w:t xml:space="preserve"> до чинного </w:t>
      </w:r>
      <w:proofErr w:type="spellStart"/>
      <w:r w:rsidR="00D85773">
        <w:rPr>
          <w:sz w:val="28"/>
          <w:szCs w:val="28"/>
          <w:lang w:val="ru-RU"/>
        </w:rPr>
        <w:t>законодавства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r w:rsidRPr="00455071">
        <w:rPr>
          <w:sz w:val="28"/>
          <w:szCs w:val="28"/>
          <w:lang w:val="ru-RU"/>
        </w:rPr>
        <w:t xml:space="preserve">за </w:t>
      </w:r>
      <w:proofErr w:type="spellStart"/>
      <w:r w:rsidRPr="00455071">
        <w:rPr>
          <w:sz w:val="28"/>
          <w:szCs w:val="28"/>
          <w:lang w:val="ru-RU"/>
        </w:rPr>
        <w:t>рахунок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коштів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міс</w:t>
      </w:r>
      <w:r w:rsidR="000970FF">
        <w:rPr>
          <w:sz w:val="28"/>
          <w:szCs w:val="28"/>
          <w:lang w:val="ru-RU"/>
        </w:rPr>
        <w:t>ько</w:t>
      </w:r>
      <w:r w:rsidR="00306C50" w:rsidRPr="00455071">
        <w:rPr>
          <w:sz w:val="28"/>
          <w:szCs w:val="28"/>
          <w:lang w:val="ru-RU"/>
        </w:rPr>
        <w:t>го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r w:rsidRPr="00455071">
        <w:rPr>
          <w:sz w:val="28"/>
          <w:szCs w:val="28"/>
          <w:lang w:val="ru-RU"/>
        </w:rPr>
        <w:t>бюджету</w:t>
      </w:r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Верхньодніровської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міської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територіальної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громади</w:t>
      </w:r>
      <w:proofErr w:type="spellEnd"/>
      <w:r w:rsidR="00D85773">
        <w:rPr>
          <w:sz w:val="28"/>
          <w:szCs w:val="28"/>
          <w:lang w:val="ru-RU"/>
        </w:rPr>
        <w:t xml:space="preserve"> в межах </w:t>
      </w:r>
      <w:proofErr w:type="spellStart"/>
      <w:r w:rsidR="00D85773">
        <w:rPr>
          <w:sz w:val="28"/>
          <w:szCs w:val="28"/>
          <w:lang w:val="ru-RU"/>
        </w:rPr>
        <w:t>бюджетних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призначень</w:t>
      </w:r>
      <w:proofErr w:type="spellEnd"/>
      <w:r w:rsidR="00D85773">
        <w:rPr>
          <w:sz w:val="28"/>
          <w:szCs w:val="28"/>
          <w:lang w:val="ru-RU"/>
        </w:rPr>
        <w:t xml:space="preserve">, </w:t>
      </w:r>
      <w:proofErr w:type="spellStart"/>
      <w:r w:rsidR="00D85773">
        <w:rPr>
          <w:sz w:val="28"/>
          <w:szCs w:val="28"/>
          <w:lang w:val="ru-RU"/>
        </w:rPr>
        <w:t>затверджених</w:t>
      </w:r>
      <w:proofErr w:type="spellEnd"/>
      <w:r w:rsidR="00D85773">
        <w:rPr>
          <w:sz w:val="28"/>
          <w:szCs w:val="28"/>
          <w:lang w:val="ru-RU"/>
        </w:rPr>
        <w:t xml:space="preserve"> на </w:t>
      </w:r>
      <w:proofErr w:type="spellStart"/>
      <w:r w:rsidR="00D85773">
        <w:rPr>
          <w:sz w:val="28"/>
          <w:szCs w:val="28"/>
          <w:lang w:val="ru-RU"/>
        </w:rPr>
        <w:t>її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spellStart"/>
      <w:r w:rsidR="00D85773">
        <w:rPr>
          <w:sz w:val="28"/>
          <w:szCs w:val="28"/>
          <w:lang w:val="ru-RU"/>
        </w:rPr>
        <w:t>виконання</w:t>
      </w:r>
      <w:proofErr w:type="spellEnd"/>
      <w:r w:rsidR="00D85773">
        <w:rPr>
          <w:sz w:val="28"/>
          <w:szCs w:val="28"/>
          <w:lang w:val="ru-RU"/>
        </w:rPr>
        <w:t xml:space="preserve"> на </w:t>
      </w:r>
      <w:proofErr w:type="spellStart"/>
      <w:r w:rsidR="00D85773">
        <w:rPr>
          <w:sz w:val="28"/>
          <w:szCs w:val="28"/>
          <w:lang w:val="ru-RU"/>
        </w:rPr>
        <w:t>відповідні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proofErr w:type="gramStart"/>
      <w:r w:rsidR="00D85773">
        <w:rPr>
          <w:sz w:val="28"/>
          <w:szCs w:val="28"/>
          <w:lang w:val="ru-RU"/>
        </w:rPr>
        <w:t xml:space="preserve">роки  </w:t>
      </w:r>
      <w:r w:rsidRPr="00455071">
        <w:rPr>
          <w:sz w:val="28"/>
          <w:szCs w:val="28"/>
          <w:lang w:val="ru-RU"/>
        </w:rPr>
        <w:t>та</w:t>
      </w:r>
      <w:proofErr w:type="gram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інших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джерел</w:t>
      </w:r>
      <w:proofErr w:type="spellEnd"/>
      <w:r w:rsidRPr="00455071">
        <w:rPr>
          <w:sz w:val="28"/>
          <w:szCs w:val="28"/>
          <w:lang w:val="ru-RU"/>
        </w:rPr>
        <w:t xml:space="preserve">, не </w:t>
      </w:r>
      <w:proofErr w:type="spellStart"/>
      <w:r w:rsidRPr="00455071">
        <w:rPr>
          <w:sz w:val="28"/>
          <w:szCs w:val="28"/>
          <w:lang w:val="ru-RU"/>
        </w:rPr>
        <w:t>заборонених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законодавство</w:t>
      </w:r>
      <w:r w:rsidR="00D85773">
        <w:rPr>
          <w:sz w:val="28"/>
          <w:szCs w:val="28"/>
          <w:lang w:val="ru-RU"/>
        </w:rPr>
        <w:t>м</w:t>
      </w:r>
      <w:proofErr w:type="spellEnd"/>
      <w:r w:rsidR="00D85773">
        <w:rPr>
          <w:sz w:val="28"/>
          <w:szCs w:val="28"/>
          <w:lang w:val="ru-RU"/>
        </w:rPr>
        <w:t>.</w:t>
      </w:r>
    </w:p>
    <w:p w:rsidR="008C3D90" w:rsidRPr="00455071" w:rsidRDefault="00A8278E" w:rsidP="00532014">
      <w:pPr>
        <w:spacing w:before="240" w:after="160" w:line="240" w:lineRule="auto"/>
        <w:jc w:val="both"/>
        <w:rPr>
          <w:sz w:val="28"/>
          <w:szCs w:val="28"/>
          <w:lang w:val="ru-RU"/>
        </w:rPr>
      </w:pPr>
      <w:r w:rsidRPr="00455071">
        <w:rPr>
          <w:b/>
          <w:color w:val="111111"/>
          <w:sz w:val="28"/>
          <w:szCs w:val="28"/>
        </w:rPr>
        <w:t>VII</w:t>
      </w:r>
      <w:r>
        <w:rPr>
          <w:b/>
          <w:color w:val="111111"/>
          <w:sz w:val="28"/>
          <w:szCs w:val="28"/>
          <w:lang w:val="uk-UA"/>
        </w:rPr>
        <w:t>І</w:t>
      </w:r>
      <w:r w:rsidR="00E46ABA" w:rsidRPr="00455071">
        <w:rPr>
          <w:b/>
          <w:color w:val="111111"/>
          <w:sz w:val="28"/>
          <w:szCs w:val="28"/>
          <w:lang w:val="ru-RU"/>
        </w:rPr>
        <w:t xml:space="preserve">.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Організація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управління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та контролю за ходом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виконання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Замовником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="008D0212">
        <w:rPr>
          <w:sz w:val="28"/>
          <w:szCs w:val="28"/>
          <w:lang w:val="ru-RU"/>
        </w:rPr>
        <w:t>,</w:t>
      </w:r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головним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розпорядником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бюджетних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455071">
        <w:rPr>
          <w:sz w:val="28"/>
          <w:szCs w:val="28"/>
          <w:lang w:val="ru-RU"/>
        </w:rPr>
        <w:t>коштів</w:t>
      </w:r>
      <w:proofErr w:type="spellEnd"/>
      <w:r w:rsidR="00D85773">
        <w:rPr>
          <w:sz w:val="28"/>
          <w:szCs w:val="28"/>
          <w:lang w:val="ru-RU"/>
        </w:rPr>
        <w:t xml:space="preserve">, </w:t>
      </w:r>
      <w:r w:rsidRPr="00455071">
        <w:rPr>
          <w:sz w:val="28"/>
          <w:szCs w:val="28"/>
          <w:lang w:val="ru-RU"/>
        </w:rPr>
        <w:t xml:space="preserve"> є</w:t>
      </w:r>
      <w:proofErr w:type="gram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Відділ</w:t>
      </w:r>
      <w:proofErr w:type="spellEnd"/>
      <w:r w:rsidR="00306C50" w:rsidRPr="00455071">
        <w:rPr>
          <w:sz w:val="28"/>
          <w:szCs w:val="28"/>
          <w:lang w:val="ru-RU"/>
        </w:rPr>
        <w:t xml:space="preserve"> з </w:t>
      </w:r>
      <w:proofErr w:type="spellStart"/>
      <w:r w:rsidR="00306C50" w:rsidRPr="00455071">
        <w:rPr>
          <w:sz w:val="28"/>
          <w:szCs w:val="28"/>
          <w:lang w:val="ru-RU"/>
        </w:rPr>
        <w:t>гуманітарних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питань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Верхньодніпровської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міської</w:t>
      </w:r>
      <w:proofErr w:type="spellEnd"/>
      <w:r w:rsidR="00306C50" w:rsidRPr="00455071">
        <w:rPr>
          <w:sz w:val="28"/>
          <w:szCs w:val="28"/>
          <w:lang w:val="ru-RU"/>
        </w:rPr>
        <w:t xml:space="preserve"> ради.</w:t>
      </w:r>
    </w:p>
    <w:p w:rsidR="00306C50" w:rsidRPr="00455071" w:rsidRDefault="00306C50" w:rsidP="00532014">
      <w:pPr>
        <w:spacing w:after="0" w:line="240" w:lineRule="auto"/>
        <w:ind w:firstLine="504"/>
        <w:jc w:val="both"/>
        <w:rPr>
          <w:color w:val="FF0000"/>
          <w:sz w:val="28"/>
          <w:szCs w:val="28"/>
          <w:lang w:val="ru-RU"/>
        </w:rPr>
      </w:pPr>
      <w:r w:rsidRPr="00455071">
        <w:rPr>
          <w:sz w:val="28"/>
          <w:szCs w:val="28"/>
          <w:lang w:val="ru-RU"/>
        </w:rPr>
        <w:t xml:space="preserve">Контроль за </w:t>
      </w:r>
      <w:proofErr w:type="spellStart"/>
      <w:r w:rsidRPr="00455071">
        <w:rPr>
          <w:sz w:val="28"/>
          <w:szCs w:val="28"/>
          <w:lang w:val="ru-RU"/>
        </w:rPr>
        <w:t>виконанням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здійснює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постійна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депутатська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455071">
        <w:rPr>
          <w:sz w:val="28"/>
          <w:szCs w:val="28"/>
          <w:lang w:val="ru-RU"/>
        </w:rPr>
        <w:t>комісія</w:t>
      </w:r>
      <w:proofErr w:type="spellEnd"/>
      <w:r w:rsidRPr="00455071">
        <w:rPr>
          <w:sz w:val="28"/>
          <w:szCs w:val="28"/>
          <w:lang w:val="ru-RU"/>
        </w:rPr>
        <w:t xml:space="preserve">  з</w:t>
      </w:r>
      <w:proofErr w:type="gram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гуманітарних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питань</w:t>
      </w:r>
      <w:proofErr w:type="spellEnd"/>
      <w:r w:rsidRPr="00455071">
        <w:rPr>
          <w:sz w:val="28"/>
          <w:szCs w:val="28"/>
          <w:lang w:val="ru-RU"/>
        </w:rPr>
        <w:t>.</w:t>
      </w:r>
    </w:p>
    <w:p w:rsidR="008C3D90" w:rsidRPr="00455071" w:rsidRDefault="00E46ABA" w:rsidP="00532014">
      <w:pPr>
        <w:spacing w:after="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Виконавцем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заходів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 xml:space="preserve"> є </w:t>
      </w:r>
      <w:proofErr w:type="spellStart"/>
      <w:r w:rsidR="00306C50" w:rsidRPr="00455071">
        <w:rPr>
          <w:sz w:val="28"/>
          <w:szCs w:val="28"/>
          <w:lang w:val="ru-RU"/>
        </w:rPr>
        <w:t>комунальна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установа</w:t>
      </w:r>
      <w:proofErr w:type="spellEnd"/>
      <w:r w:rsidR="00306C50" w:rsidRPr="00455071">
        <w:rPr>
          <w:sz w:val="28"/>
          <w:szCs w:val="28"/>
          <w:lang w:val="ru-RU"/>
        </w:rPr>
        <w:t xml:space="preserve"> «</w:t>
      </w:r>
      <w:proofErr w:type="spellStart"/>
      <w:r w:rsidR="00306C50" w:rsidRPr="00455071">
        <w:rPr>
          <w:sz w:val="28"/>
          <w:szCs w:val="28"/>
          <w:lang w:val="ru-RU"/>
        </w:rPr>
        <w:t>Молодіжний</w:t>
      </w:r>
      <w:proofErr w:type="spellEnd"/>
      <w:r w:rsidR="00306C50" w:rsidRPr="00455071">
        <w:rPr>
          <w:sz w:val="28"/>
          <w:szCs w:val="28"/>
          <w:lang w:val="ru-RU"/>
        </w:rPr>
        <w:t xml:space="preserve"> центр </w:t>
      </w:r>
      <w:proofErr w:type="spellStart"/>
      <w:r w:rsidR="00306C50" w:rsidRPr="00455071">
        <w:rPr>
          <w:sz w:val="28"/>
          <w:szCs w:val="28"/>
          <w:lang w:val="ru-RU"/>
        </w:rPr>
        <w:t>відкритих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можливостей</w:t>
      </w:r>
      <w:proofErr w:type="spellEnd"/>
      <w:r w:rsidR="00306C50" w:rsidRPr="00455071">
        <w:rPr>
          <w:sz w:val="28"/>
          <w:szCs w:val="28"/>
          <w:lang w:val="ru-RU"/>
        </w:rPr>
        <w:t xml:space="preserve">» </w:t>
      </w:r>
      <w:proofErr w:type="spellStart"/>
      <w:r w:rsidR="00306C50" w:rsidRPr="00455071">
        <w:rPr>
          <w:sz w:val="28"/>
          <w:szCs w:val="28"/>
          <w:lang w:val="ru-RU"/>
        </w:rPr>
        <w:t>Верхньодніпровської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міської</w:t>
      </w:r>
      <w:proofErr w:type="spellEnd"/>
      <w:r w:rsidR="00306C50" w:rsidRPr="00455071">
        <w:rPr>
          <w:sz w:val="28"/>
          <w:szCs w:val="28"/>
          <w:lang w:val="ru-RU"/>
        </w:rPr>
        <w:t xml:space="preserve"> ради, </w:t>
      </w:r>
      <w:proofErr w:type="spellStart"/>
      <w:r w:rsidR="00306C50" w:rsidRPr="00455071">
        <w:rPr>
          <w:sz w:val="28"/>
          <w:szCs w:val="28"/>
          <w:lang w:val="ru-RU"/>
        </w:rPr>
        <w:t>Молодіжна</w:t>
      </w:r>
      <w:proofErr w:type="spellEnd"/>
      <w:r w:rsidR="00306C50" w:rsidRPr="00455071">
        <w:rPr>
          <w:sz w:val="28"/>
          <w:szCs w:val="28"/>
          <w:lang w:val="ru-RU"/>
        </w:rPr>
        <w:t xml:space="preserve"> рада при </w:t>
      </w:r>
      <w:proofErr w:type="spellStart"/>
      <w:r w:rsidR="00306C50" w:rsidRPr="00455071">
        <w:rPr>
          <w:sz w:val="28"/>
          <w:szCs w:val="28"/>
          <w:lang w:val="ru-RU"/>
        </w:rPr>
        <w:t>виконкомі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Верхньодніпровської</w:t>
      </w:r>
      <w:proofErr w:type="spellEnd"/>
      <w:r w:rsidR="00306C50"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міської</w:t>
      </w:r>
      <w:proofErr w:type="spellEnd"/>
      <w:r w:rsidR="00306C50" w:rsidRPr="00455071">
        <w:rPr>
          <w:sz w:val="28"/>
          <w:szCs w:val="28"/>
          <w:lang w:val="ru-RU"/>
        </w:rPr>
        <w:t xml:space="preserve"> ради.</w:t>
      </w:r>
    </w:p>
    <w:p w:rsidR="00B600AA" w:rsidRDefault="00B600AA" w:rsidP="00532014">
      <w:pPr>
        <w:spacing w:before="240" w:after="160" w:line="240" w:lineRule="auto"/>
        <w:jc w:val="both"/>
        <w:rPr>
          <w:b/>
          <w:color w:val="111111"/>
          <w:sz w:val="28"/>
          <w:szCs w:val="28"/>
          <w:lang w:val="uk-UA"/>
        </w:rPr>
      </w:pPr>
    </w:p>
    <w:p w:rsidR="008C3D90" w:rsidRPr="00455071" w:rsidRDefault="00A8278E" w:rsidP="00532014">
      <w:pPr>
        <w:spacing w:before="240" w:after="160" w:line="240" w:lineRule="auto"/>
        <w:jc w:val="both"/>
        <w:rPr>
          <w:sz w:val="28"/>
          <w:szCs w:val="28"/>
          <w:lang w:val="ru-RU"/>
        </w:rPr>
      </w:pPr>
      <w:bookmarkStart w:id="3" w:name="_GoBack"/>
      <w:bookmarkEnd w:id="3"/>
      <w:r>
        <w:rPr>
          <w:b/>
          <w:color w:val="111111"/>
          <w:sz w:val="28"/>
          <w:szCs w:val="28"/>
          <w:lang w:val="uk-UA"/>
        </w:rPr>
        <w:lastRenderedPageBreak/>
        <w:t>І</w:t>
      </w:r>
      <w:r w:rsidR="00E46ABA" w:rsidRPr="00455071">
        <w:rPr>
          <w:b/>
          <w:color w:val="111111"/>
          <w:sz w:val="28"/>
          <w:szCs w:val="28"/>
        </w:rPr>
        <w:t>X</w:t>
      </w:r>
      <w:r w:rsidR="00E46ABA" w:rsidRPr="00455071">
        <w:rPr>
          <w:b/>
          <w:color w:val="111111"/>
          <w:sz w:val="28"/>
          <w:szCs w:val="28"/>
          <w:lang w:val="ru-RU"/>
        </w:rPr>
        <w:t xml:space="preserve">.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Очікувані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кінцеві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результати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виконання</w:t>
      </w:r>
      <w:proofErr w:type="spellEnd"/>
      <w:r w:rsidR="00E46ABA" w:rsidRPr="00455071">
        <w:rPr>
          <w:b/>
          <w:color w:val="111111"/>
          <w:sz w:val="28"/>
          <w:szCs w:val="28"/>
          <w:lang w:val="ru-RU"/>
        </w:rPr>
        <w:t xml:space="preserve"> </w:t>
      </w:r>
      <w:proofErr w:type="spellStart"/>
      <w:r w:rsidR="00E46ABA" w:rsidRPr="00455071">
        <w:rPr>
          <w:b/>
          <w:color w:val="111111"/>
          <w:sz w:val="28"/>
          <w:szCs w:val="28"/>
          <w:lang w:val="ru-RU"/>
        </w:rPr>
        <w:t>Програми</w:t>
      </w:r>
      <w:proofErr w:type="spellEnd"/>
    </w:p>
    <w:p w:rsidR="008C3D90" w:rsidRPr="00455071" w:rsidRDefault="00E46ABA" w:rsidP="00532014">
      <w:pPr>
        <w:spacing w:after="80" w:line="240" w:lineRule="auto"/>
        <w:ind w:firstLine="504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Виконання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Програми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дасть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змогу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забезпечити</w:t>
      </w:r>
      <w:proofErr w:type="spellEnd"/>
      <w:r w:rsidRPr="00455071">
        <w:rPr>
          <w:sz w:val="28"/>
          <w:szCs w:val="28"/>
          <w:lang w:val="ru-RU"/>
        </w:rPr>
        <w:t>: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збільшення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частки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яка </w:t>
      </w:r>
      <w:proofErr w:type="spellStart"/>
      <w:r w:rsidRPr="00455071">
        <w:rPr>
          <w:sz w:val="28"/>
          <w:szCs w:val="28"/>
          <w:lang w:val="ru-RU"/>
        </w:rPr>
        <w:t>бере</w:t>
      </w:r>
      <w:proofErr w:type="spellEnd"/>
      <w:r w:rsidRPr="00455071">
        <w:rPr>
          <w:sz w:val="28"/>
          <w:szCs w:val="28"/>
          <w:lang w:val="ru-RU"/>
        </w:rPr>
        <w:t xml:space="preserve"> участь </w:t>
      </w:r>
      <w:proofErr w:type="gramStart"/>
      <w:r w:rsidRPr="00455071">
        <w:rPr>
          <w:sz w:val="28"/>
          <w:szCs w:val="28"/>
          <w:lang w:val="ru-RU"/>
        </w:rPr>
        <w:t>у заходах</w:t>
      </w:r>
      <w:proofErr w:type="gram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спрямованих</w:t>
      </w:r>
      <w:proofErr w:type="spellEnd"/>
      <w:r w:rsidRPr="00455071">
        <w:rPr>
          <w:sz w:val="28"/>
          <w:szCs w:val="28"/>
          <w:lang w:val="ru-RU"/>
        </w:rPr>
        <w:t xml:space="preserve"> на: </w:t>
      </w:r>
      <w:proofErr w:type="spellStart"/>
      <w:r w:rsidRPr="00455071">
        <w:rPr>
          <w:sz w:val="28"/>
          <w:szCs w:val="28"/>
          <w:lang w:val="ru-RU"/>
        </w:rPr>
        <w:t>створення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нових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можливостей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зменшення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бар’єрів</w:t>
      </w:r>
      <w:proofErr w:type="spellEnd"/>
      <w:r w:rsidRPr="00455071">
        <w:rPr>
          <w:sz w:val="28"/>
          <w:szCs w:val="28"/>
          <w:lang w:val="ru-RU"/>
        </w:rPr>
        <w:t xml:space="preserve"> для </w:t>
      </w:r>
      <w:proofErr w:type="spellStart"/>
      <w:r w:rsidRPr="00455071">
        <w:rPr>
          <w:sz w:val="28"/>
          <w:szCs w:val="28"/>
          <w:lang w:val="ru-RU"/>
        </w:rPr>
        <w:t>участі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суспільному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залучення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її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громадської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волонтерської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діяльності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інших</w:t>
      </w:r>
      <w:proofErr w:type="spellEnd"/>
      <w:r w:rsidRPr="00455071">
        <w:rPr>
          <w:sz w:val="28"/>
          <w:szCs w:val="28"/>
          <w:lang w:val="ru-RU"/>
        </w:rPr>
        <w:t xml:space="preserve"> форм </w:t>
      </w:r>
      <w:proofErr w:type="spellStart"/>
      <w:r w:rsidRPr="00455071">
        <w:rPr>
          <w:sz w:val="28"/>
          <w:szCs w:val="28"/>
          <w:lang w:val="ru-RU"/>
        </w:rPr>
        <w:t>участі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суспільному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житті</w:t>
      </w:r>
      <w:proofErr w:type="spellEnd"/>
      <w:r w:rsidRPr="00455071">
        <w:rPr>
          <w:sz w:val="28"/>
          <w:szCs w:val="28"/>
          <w:lang w:val="ru-RU"/>
        </w:rPr>
        <w:t xml:space="preserve">; </w:t>
      </w:r>
      <w:proofErr w:type="spellStart"/>
      <w:r w:rsidRPr="00455071">
        <w:rPr>
          <w:sz w:val="28"/>
          <w:szCs w:val="28"/>
          <w:lang w:val="ru-RU"/>
        </w:rPr>
        <w:t>зміцнення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соціальної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згуртованості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формування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стійкого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усвідомлення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належності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українського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суспільства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необхідності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протидії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дезінформації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інформування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 про </w:t>
      </w:r>
      <w:proofErr w:type="spellStart"/>
      <w:r w:rsidRPr="00455071">
        <w:rPr>
          <w:sz w:val="28"/>
          <w:szCs w:val="28"/>
          <w:lang w:val="ru-RU"/>
        </w:rPr>
        <w:t>форми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безпосередньої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участі</w:t>
      </w:r>
      <w:proofErr w:type="spellEnd"/>
      <w:r w:rsidRPr="00455071">
        <w:rPr>
          <w:sz w:val="28"/>
          <w:szCs w:val="28"/>
          <w:lang w:val="ru-RU"/>
        </w:rPr>
        <w:t xml:space="preserve"> у </w:t>
      </w:r>
      <w:proofErr w:type="spellStart"/>
      <w:r w:rsidRPr="00455071">
        <w:rPr>
          <w:sz w:val="28"/>
          <w:szCs w:val="28"/>
          <w:lang w:val="ru-RU"/>
        </w:rPr>
        <w:t>суспільному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житті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збільшення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частки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долученої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заходів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спрямованих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розвиток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стійкості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створення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безпечного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середовища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психоемоційного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благополуччя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підвищення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рівня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обізнаності</w:t>
      </w:r>
      <w:proofErr w:type="spellEnd"/>
      <w:r w:rsidRPr="00455071">
        <w:rPr>
          <w:sz w:val="28"/>
          <w:szCs w:val="28"/>
          <w:lang w:val="ru-RU"/>
        </w:rPr>
        <w:t xml:space="preserve"> про </w:t>
      </w:r>
      <w:proofErr w:type="spellStart"/>
      <w:r w:rsidRPr="00455071">
        <w:rPr>
          <w:sz w:val="28"/>
          <w:szCs w:val="28"/>
          <w:lang w:val="ru-RU"/>
        </w:rPr>
        <w:t>ефективні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способи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взаємодії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батьків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підлітків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0230B2" w:rsidRDefault="00E46ABA" w:rsidP="00532014">
      <w:pPr>
        <w:pStyle w:val="a0"/>
        <w:spacing w:after="60" w:line="240" w:lineRule="auto"/>
        <w:jc w:val="both"/>
        <w:rPr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збільшення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частки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фахівців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які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працюють</w:t>
      </w:r>
      <w:proofErr w:type="spellEnd"/>
      <w:r w:rsidRPr="00455071">
        <w:rPr>
          <w:sz w:val="28"/>
          <w:szCs w:val="28"/>
          <w:lang w:val="ru-RU"/>
        </w:rPr>
        <w:t xml:space="preserve"> з </w:t>
      </w:r>
      <w:proofErr w:type="spellStart"/>
      <w:r w:rsidRPr="00455071">
        <w:rPr>
          <w:sz w:val="28"/>
          <w:szCs w:val="28"/>
          <w:lang w:val="ru-RU"/>
        </w:rPr>
        <w:t>молоддю</w:t>
      </w:r>
      <w:proofErr w:type="spellEnd"/>
      <w:r w:rsidRPr="00455071">
        <w:rPr>
          <w:sz w:val="28"/>
          <w:szCs w:val="28"/>
          <w:lang w:val="ru-RU"/>
        </w:rPr>
        <w:t xml:space="preserve"> й </w:t>
      </w:r>
      <w:proofErr w:type="spellStart"/>
      <w:r w:rsidRPr="00455071">
        <w:rPr>
          <w:sz w:val="28"/>
          <w:szCs w:val="28"/>
          <w:lang w:val="ru-RU"/>
        </w:rPr>
        <w:t>здобули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фахові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навички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професійної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роботи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орієнтовані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емоційне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відновлення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умовах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збройної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агресії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="00306C50" w:rsidRPr="00455071">
        <w:rPr>
          <w:sz w:val="28"/>
          <w:szCs w:val="28"/>
          <w:lang w:val="ru-RU"/>
        </w:rPr>
        <w:t>р</w:t>
      </w:r>
      <w:r w:rsidRPr="00455071">
        <w:rPr>
          <w:sz w:val="28"/>
          <w:szCs w:val="28"/>
          <w:lang w:val="ru-RU"/>
        </w:rPr>
        <w:t>осійської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Федерації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проти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України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післявоєнного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відновлення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A8278E">
        <w:rPr>
          <w:sz w:val="28"/>
          <w:szCs w:val="28"/>
          <w:lang w:val="ru-RU"/>
        </w:rPr>
        <w:t>підвищили</w:t>
      </w:r>
      <w:proofErr w:type="spellEnd"/>
      <w:r w:rsidRPr="00A8278E">
        <w:rPr>
          <w:sz w:val="28"/>
          <w:szCs w:val="28"/>
          <w:lang w:val="ru-RU"/>
        </w:rPr>
        <w:t xml:space="preserve"> </w:t>
      </w:r>
      <w:proofErr w:type="spellStart"/>
      <w:r w:rsidRPr="00A8278E">
        <w:rPr>
          <w:sz w:val="28"/>
          <w:szCs w:val="28"/>
          <w:lang w:val="ru-RU"/>
        </w:rPr>
        <w:t>рівень</w:t>
      </w:r>
      <w:proofErr w:type="spellEnd"/>
      <w:r w:rsidRPr="00A8278E">
        <w:rPr>
          <w:sz w:val="28"/>
          <w:szCs w:val="28"/>
          <w:lang w:val="ru-RU"/>
        </w:rPr>
        <w:t xml:space="preserve"> </w:t>
      </w:r>
      <w:proofErr w:type="spellStart"/>
      <w:r w:rsidRPr="00A8278E">
        <w:rPr>
          <w:sz w:val="28"/>
          <w:szCs w:val="28"/>
          <w:lang w:val="ru-RU"/>
        </w:rPr>
        <w:t>своєї</w:t>
      </w:r>
      <w:proofErr w:type="spellEnd"/>
      <w:r w:rsidRPr="00A8278E">
        <w:rPr>
          <w:sz w:val="28"/>
          <w:szCs w:val="28"/>
          <w:lang w:val="ru-RU"/>
        </w:rPr>
        <w:t xml:space="preserve"> </w:t>
      </w:r>
      <w:proofErr w:type="spellStart"/>
      <w:r w:rsidRPr="00A8278E">
        <w:rPr>
          <w:sz w:val="28"/>
          <w:szCs w:val="28"/>
          <w:lang w:val="ru-RU"/>
        </w:rPr>
        <w:t>кваліфікації</w:t>
      </w:r>
      <w:proofErr w:type="spellEnd"/>
      <w:r w:rsidRPr="00A8278E">
        <w:rPr>
          <w:sz w:val="28"/>
          <w:szCs w:val="28"/>
          <w:lang w:val="ru-RU"/>
        </w:rPr>
        <w:t xml:space="preserve"> в рамках </w:t>
      </w:r>
      <w:proofErr w:type="spellStart"/>
      <w:proofErr w:type="gramStart"/>
      <w:r w:rsidR="00D85773">
        <w:rPr>
          <w:sz w:val="28"/>
          <w:szCs w:val="28"/>
          <w:lang w:val="ru-RU"/>
        </w:rPr>
        <w:t>обласної</w:t>
      </w:r>
      <w:proofErr w:type="spellEnd"/>
      <w:r w:rsidR="00D85773">
        <w:rPr>
          <w:sz w:val="28"/>
          <w:szCs w:val="28"/>
          <w:lang w:val="ru-RU"/>
        </w:rPr>
        <w:t xml:space="preserve"> </w:t>
      </w:r>
      <w:r w:rsidR="008D0212">
        <w:rPr>
          <w:sz w:val="28"/>
          <w:szCs w:val="28"/>
          <w:lang w:val="ru-RU"/>
        </w:rPr>
        <w:t xml:space="preserve"> </w:t>
      </w:r>
      <w:proofErr w:type="spellStart"/>
      <w:r w:rsidRPr="00A8278E">
        <w:rPr>
          <w:sz w:val="28"/>
          <w:szCs w:val="28"/>
          <w:lang w:val="ru-RU"/>
        </w:rPr>
        <w:t>програми</w:t>
      </w:r>
      <w:proofErr w:type="spellEnd"/>
      <w:proofErr w:type="gramEnd"/>
      <w:r w:rsidRPr="00A8278E">
        <w:rPr>
          <w:sz w:val="28"/>
          <w:szCs w:val="28"/>
          <w:lang w:val="ru-RU"/>
        </w:rPr>
        <w:t xml:space="preserve"> </w:t>
      </w:r>
      <w:r w:rsidR="00A8278E">
        <w:rPr>
          <w:sz w:val="28"/>
          <w:szCs w:val="28"/>
          <w:lang w:val="ru-RU"/>
        </w:rPr>
        <w:t>«</w:t>
      </w:r>
      <w:proofErr w:type="spellStart"/>
      <w:r w:rsidRPr="00A8278E">
        <w:rPr>
          <w:sz w:val="28"/>
          <w:szCs w:val="28"/>
          <w:lang w:val="ru-RU"/>
        </w:rPr>
        <w:t>Молодіжний</w:t>
      </w:r>
      <w:proofErr w:type="spellEnd"/>
      <w:r w:rsidRPr="00A8278E">
        <w:rPr>
          <w:sz w:val="28"/>
          <w:szCs w:val="28"/>
          <w:lang w:val="ru-RU"/>
        </w:rPr>
        <w:t xml:space="preserve"> </w:t>
      </w:r>
      <w:proofErr w:type="spellStart"/>
      <w:r w:rsidRPr="00A8278E">
        <w:rPr>
          <w:sz w:val="28"/>
          <w:szCs w:val="28"/>
          <w:lang w:val="ru-RU"/>
        </w:rPr>
        <w:t>працівник</w:t>
      </w:r>
      <w:proofErr w:type="spellEnd"/>
      <w:r w:rsidR="00A8278E">
        <w:rPr>
          <w:sz w:val="28"/>
          <w:szCs w:val="28"/>
          <w:lang w:val="ru-RU"/>
        </w:rPr>
        <w:t>»</w:t>
      </w:r>
      <w:r w:rsidRPr="00A8278E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збільшення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частки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долученої</w:t>
      </w:r>
      <w:proofErr w:type="spellEnd"/>
      <w:r w:rsidRPr="00455071">
        <w:rPr>
          <w:sz w:val="28"/>
          <w:szCs w:val="28"/>
          <w:lang w:val="ru-RU"/>
        </w:rPr>
        <w:t xml:space="preserve"> до </w:t>
      </w:r>
      <w:proofErr w:type="spellStart"/>
      <w:r w:rsidRPr="00455071">
        <w:rPr>
          <w:sz w:val="28"/>
          <w:szCs w:val="28"/>
          <w:lang w:val="ru-RU"/>
        </w:rPr>
        <w:t>заходів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спрямованих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сприяння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її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самореалізації</w:t>
      </w:r>
      <w:proofErr w:type="spellEnd"/>
      <w:r w:rsidRPr="00455071">
        <w:rPr>
          <w:sz w:val="28"/>
          <w:szCs w:val="28"/>
          <w:lang w:val="ru-RU"/>
        </w:rPr>
        <w:t xml:space="preserve"> та </w:t>
      </w:r>
      <w:proofErr w:type="spellStart"/>
      <w:r w:rsidRPr="00455071">
        <w:rPr>
          <w:sz w:val="28"/>
          <w:szCs w:val="28"/>
          <w:lang w:val="ru-RU"/>
        </w:rPr>
        <w:t>економічній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спроможності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зменшення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частки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яка не </w:t>
      </w:r>
      <w:proofErr w:type="spellStart"/>
      <w:r w:rsidRPr="00455071">
        <w:rPr>
          <w:sz w:val="28"/>
          <w:szCs w:val="28"/>
          <w:lang w:val="ru-RU"/>
        </w:rPr>
        <w:t>працює</w:t>
      </w:r>
      <w:proofErr w:type="spellEnd"/>
      <w:r w:rsidRPr="00455071">
        <w:rPr>
          <w:sz w:val="28"/>
          <w:szCs w:val="28"/>
          <w:lang w:val="ru-RU"/>
        </w:rPr>
        <w:t xml:space="preserve">, не </w:t>
      </w:r>
      <w:proofErr w:type="spellStart"/>
      <w:r w:rsidRPr="00455071">
        <w:rPr>
          <w:sz w:val="28"/>
          <w:szCs w:val="28"/>
          <w:lang w:val="ru-RU"/>
        </w:rPr>
        <w:t>навчається</w:t>
      </w:r>
      <w:proofErr w:type="spellEnd"/>
      <w:r w:rsidRPr="00455071">
        <w:rPr>
          <w:sz w:val="28"/>
          <w:szCs w:val="28"/>
          <w:lang w:val="ru-RU"/>
        </w:rPr>
        <w:t xml:space="preserve"> і не </w:t>
      </w:r>
      <w:proofErr w:type="spellStart"/>
      <w:r w:rsidRPr="00455071">
        <w:rPr>
          <w:sz w:val="28"/>
          <w:szCs w:val="28"/>
          <w:lang w:val="ru-RU"/>
        </w:rPr>
        <w:t>набуває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професійних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навичок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збільшення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частки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яка </w:t>
      </w:r>
      <w:proofErr w:type="spellStart"/>
      <w:r w:rsidRPr="00455071">
        <w:rPr>
          <w:sz w:val="28"/>
          <w:szCs w:val="28"/>
          <w:lang w:val="ru-RU"/>
        </w:rPr>
        <w:t>працює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або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набуває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професійних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навичок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провадить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підприємницьку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діяльність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або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має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власну</w:t>
      </w:r>
      <w:proofErr w:type="spellEnd"/>
      <w:r w:rsidRPr="00455071">
        <w:rPr>
          <w:sz w:val="28"/>
          <w:szCs w:val="28"/>
          <w:lang w:val="ru-RU"/>
        </w:rPr>
        <w:t xml:space="preserve"> справу;</w:t>
      </w:r>
    </w:p>
    <w:p w:rsidR="008C3D90" w:rsidRPr="00455071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proofErr w:type="spellStart"/>
      <w:r w:rsidRPr="00455071">
        <w:rPr>
          <w:sz w:val="28"/>
          <w:szCs w:val="28"/>
          <w:lang w:val="ru-RU"/>
        </w:rPr>
        <w:t>збільшення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частки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молоді</w:t>
      </w:r>
      <w:proofErr w:type="spellEnd"/>
      <w:r w:rsidRPr="00455071">
        <w:rPr>
          <w:sz w:val="28"/>
          <w:szCs w:val="28"/>
          <w:lang w:val="ru-RU"/>
        </w:rPr>
        <w:t xml:space="preserve">, яка </w:t>
      </w:r>
      <w:proofErr w:type="spellStart"/>
      <w:r w:rsidRPr="00455071">
        <w:rPr>
          <w:sz w:val="28"/>
          <w:szCs w:val="28"/>
          <w:lang w:val="ru-RU"/>
        </w:rPr>
        <w:t>бере</w:t>
      </w:r>
      <w:proofErr w:type="spellEnd"/>
      <w:r w:rsidRPr="00455071">
        <w:rPr>
          <w:sz w:val="28"/>
          <w:szCs w:val="28"/>
          <w:lang w:val="ru-RU"/>
        </w:rPr>
        <w:t xml:space="preserve"> участь </w:t>
      </w:r>
      <w:proofErr w:type="gramStart"/>
      <w:r w:rsidRPr="00455071">
        <w:rPr>
          <w:sz w:val="28"/>
          <w:szCs w:val="28"/>
          <w:lang w:val="ru-RU"/>
        </w:rPr>
        <w:t>у заходах</w:t>
      </w:r>
      <w:proofErr w:type="gram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спрямованих</w:t>
      </w:r>
      <w:proofErr w:type="spellEnd"/>
      <w:r w:rsidRPr="00455071">
        <w:rPr>
          <w:sz w:val="28"/>
          <w:szCs w:val="28"/>
          <w:lang w:val="ru-RU"/>
        </w:rPr>
        <w:t xml:space="preserve"> на </w:t>
      </w:r>
      <w:proofErr w:type="spellStart"/>
      <w:r w:rsidRPr="00455071">
        <w:rPr>
          <w:sz w:val="28"/>
          <w:szCs w:val="28"/>
          <w:lang w:val="ru-RU"/>
        </w:rPr>
        <w:t>популяризацію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креативних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індустрій</w:t>
      </w:r>
      <w:proofErr w:type="spellEnd"/>
      <w:r w:rsidRPr="00455071">
        <w:rPr>
          <w:sz w:val="28"/>
          <w:szCs w:val="28"/>
          <w:lang w:val="ru-RU"/>
        </w:rPr>
        <w:t xml:space="preserve">, </w:t>
      </w:r>
      <w:proofErr w:type="spellStart"/>
      <w:r w:rsidRPr="00455071">
        <w:rPr>
          <w:sz w:val="28"/>
          <w:szCs w:val="28"/>
          <w:lang w:val="ru-RU"/>
        </w:rPr>
        <w:t>інноваційної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діяльності</w:t>
      </w:r>
      <w:proofErr w:type="spellEnd"/>
      <w:r w:rsidRPr="00455071">
        <w:rPr>
          <w:sz w:val="28"/>
          <w:szCs w:val="28"/>
          <w:lang w:val="ru-RU"/>
        </w:rPr>
        <w:t xml:space="preserve"> і </w:t>
      </w:r>
      <w:proofErr w:type="spellStart"/>
      <w:r w:rsidRPr="00455071">
        <w:rPr>
          <w:sz w:val="28"/>
          <w:szCs w:val="28"/>
          <w:lang w:val="ru-RU"/>
        </w:rPr>
        <w:t>новітніх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технологій</w:t>
      </w:r>
      <w:proofErr w:type="spellEnd"/>
      <w:r w:rsidRPr="00455071">
        <w:rPr>
          <w:sz w:val="28"/>
          <w:szCs w:val="28"/>
          <w:lang w:val="ru-RU"/>
        </w:rPr>
        <w:t>;</w:t>
      </w:r>
    </w:p>
    <w:p w:rsidR="00151F58" w:rsidRDefault="00E46ABA" w:rsidP="00532014">
      <w:pPr>
        <w:pStyle w:val="a0"/>
        <w:spacing w:after="60" w:line="240" w:lineRule="auto"/>
        <w:jc w:val="both"/>
        <w:rPr>
          <w:sz w:val="28"/>
          <w:szCs w:val="28"/>
          <w:lang w:val="ru-RU"/>
        </w:rPr>
      </w:pPr>
      <w:r w:rsidRPr="00455071">
        <w:rPr>
          <w:sz w:val="28"/>
          <w:szCs w:val="28"/>
          <w:lang w:val="ru-RU"/>
        </w:rPr>
        <w:t xml:space="preserve">участь </w:t>
      </w:r>
      <w:proofErr w:type="spellStart"/>
      <w:r w:rsidRPr="00455071">
        <w:rPr>
          <w:sz w:val="28"/>
          <w:szCs w:val="28"/>
          <w:lang w:val="ru-RU"/>
        </w:rPr>
        <w:t>молодих</w:t>
      </w:r>
      <w:proofErr w:type="spellEnd"/>
      <w:r w:rsidRPr="00455071">
        <w:rPr>
          <w:sz w:val="28"/>
          <w:szCs w:val="28"/>
          <w:lang w:val="ru-RU"/>
        </w:rPr>
        <w:t xml:space="preserve"> людей у </w:t>
      </w:r>
      <w:proofErr w:type="spellStart"/>
      <w:r w:rsidRPr="00455071">
        <w:rPr>
          <w:sz w:val="28"/>
          <w:szCs w:val="28"/>
          <w:lang w:val="ru-RU"/>
        </w:rPr>
        <w:t>проєктах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gramStart"/>
      <w:r w:rsidRPr="00455071">
        <w:rPr>
          <w:sz w:val="28"/>
          <w:szCs w:val="28"/>
          <w:lang w:val="ru-RU"/>
        </w:rPr>
        <w:t>у рамках</w:t>
      </w:r>
      <w:proofErr w:type="gram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здійснення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обмінів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молоддю</w:t>
      </w:r>
      <w:proofErr w:type="spellEnd"/>
      <w:r w:rsidRPr="00455071">
        <w:rPr>
          <w:sz w:val="28"/>
          <w:szCs w:val="28"/>
          <w:lang w:val="ru-RU"/>
        </w:rPr>
        <w:t xml:space="preserve"> в </w:t>
      </w:r>
      <w:proofErr w:type="spellStart"/>
      <w:r w:rsidRPr="00455071">
        <w:rPr>
          <w:sz w:val="28"/>
          <w:szCs w:val="28"/>
          <w:lang w:val="ru-RU"/>
        </w:rPr>
        <w:t>партнерстві</w:t>
      </w:r>
      <w:proofErr w:type="spellEnd"/>
      <w:r w:rsidRPr="00455071">
        <w:rPr>
          <w:sz w:val="28"/>
          <w:szCs w:val="28"/>
          <w:lang w:val="ru-RU"/>
        </w:rPr>
        <w:t xml:space="preserve"> з </w:t>
      </w:r>
      <w:proofErr w:type="spellStart"/>
      <w:r w:rsidRPr="00455071">
        <w:rPr>
          <w:sz w:val="28"/>
          <w:szCs w:val="28"/>
          <w:lang w:val="ru-RU"/>
        </w:rPr>
        <w:t>іншими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r w:rsidR="00F669B8" w:rsidRPr="00455071">
        <w:rPr>
          <w:sz w:val="28"/>
          <w:szCs w:val="28"/>
          <w:lang w:val="ru-RU"/>
        </w:rPr>
        <w:t xml:space="preserve">громадами </w:t>
      </w:r>
      <w:r w:rsidRPr="00455071">
        <w:rPr>
          <w:sz w:val="28"/>
          <w:szCs w:val="28"/>
          <w:lang w:val="ru-RU"/>
        </w:rPr>
        <w:t xml:space="preserve">та </w:t>
      </w:r>
      <w:proofErr w:type="spellStart"/>
      <w:r w:rsidRPr="00455071">
        <w:rPr>
          <w:sz w:val="28"/>
          <w:szCs w:val="28"/>
          <w:lang w:val="ru-RU"/>
        </w:rPr>
        <w:t>міжнародними</w:t>
      </w:r>
      <w:proofErr w:type="spellEnd"/>
      <w:r w:rsidRPr="00455071">
        <w:rPr>
          <w:sz w:val="28"/>
          <w:szCs w:val="28"/>
          <w:lang w:val="ru-RU"/>
        </w:rPr>
        <w:t xml:space="preserve"> </w:t>
      </w:r>
      <w:proofErr w:type="spellStart"/>
      <w:r w:rsidRPr="00455071">
        <w:rPr>
          <w:sz w:val="28"/>
          <w:szCs w:val="28"/>
          <w:lang w:val="ru-RU"/>
        </w:rPr>
        <w:t>організаціями</w:t>
      </w:r>
      <w:proofErr w:type="spellEnd"/>
      <w:r w:rsidRPr="00455071">
        <w:rPr>
          <w:sz w:val="28"/>
          <w:szCs w:val="28"/>
          <w:lang w:val="ru-RU"/>
        </w:rPr>
        <w:t>.</w:t>
      </w:r>
    </w:p>
    <w:p w:rsidR="00151F58" w:rsidRDefault="00151F58" w:rsidP="00532014">
      <w:pPr>
        <w:pStyle w:val="a0"/>
        <w:numPr>
          <w:ilvl w:val="0"/>
          <w:numId w:val="0"/>
        </w:numPr>
        <w:spacing w:after="60" w:line="240" w:lineRule="auto"/>
        <w:ind w:left="786"/>
        <w:jc w:val="both"/>
        <w:rPr>
          <w:bCs/>
          <w:sz w:val="28"/>
          <w:szCs w:val="28"/>
          <w:lang w:val="ru-RU"/>
        </w:rPr>
      </w:pPr>
    </w:p>
    <w:p w:rsidR="008C3D90" w:rsidRPr="00151F58" w:rsidRDefault="00306C50" w:rsidP="00151F58">
      <w:pPr>
        <w:pStyle w:val="a0"/>
        <w:numPr>
          <w:ilvl w:val="0"/>
          <w:numId w:val="0"/>
        </w:numPr>
        <w:spacing w:after="60"/>
        <w:ind w:left="786"/>
        <w:jc w:val="both"/>
        <w:rPr>
          <w:sz w:val="28"/>
          <w:szCs w:val="28"/>
          <w:lang w:val="ru-RU"/>
        </w:rPr>
      </w:pPr>
      <w:r w:rsidRPr="00151F58">
        <w:rPr>
          <w:bCs/>
          <w:sz w:val="28"/>
          <w:szCs w:val="28"/>
          <w:lang w:val="ru-RU"/>
        </w:rPr>
        <w:t xml:space="preserve">Начальник </w:t>
      </w:r>
      <w:proofErr w:type="spellStart"/>
      <w:r w:rsidRPr="00151F58">
        <w:rPr>
          <w:bCs/>
          <w:sz w:val="28"/>
          <w:szCs w:val="28"/>
          <w:lang w:val="ru-RU"/>
        </w:rPr>
        <w:t>Відділу</w:t>
      </w:r>
      <w:proofErr w:type="spellEnd"/>
      <w:r w:rsidRPr="00151F58">
        <w:rPr>
          <w:bCs/>
          <w:sz w:val="28"/>
          <w:szCs w:val="28"/>
          <w:lang w:val="ru-RU"/>
        </w:rPr>
        <w:t xml:space="preserve"> з </w:t>
      </w:r>
      <w:proofErr w:type="spellStart"/>
      <w:r w:rsidRPr="00151F58">
        <w:rPr>
          <w:bCs/>
          <w:sz w:val="28"/>
          <w:szCs w:val="28"/>
          <w:lang w:val="ru-RU"/>
        </w:rPr>
        <w:t>гуманітарних</w:t>
      </w:r>
      <w:proofErr w:type="spellEnd"/>
      <w:r w:rsidRPr="00151F58">
        <w:rPr>
          <w:bCs/>
          <w:sz w:val="28"/>
          <w:szCs w:val="28"/>
          <w:lang w:val="ru-RU"/>
        </w:rPr>
        <w:t xml:space="preserve"> </w:t>
      </w:r>
      <w:proofErr w:type="spellStart"/>
      <w:r w:rsidRPr="00151F58">
        <w:rPr>
          <w:bCs/>
          <w:sz w:val="28"/>
          <w:szCs w:val="28"/>
          <w:lang w:val="ru-RU"/>
        </w:rPr>
        <w:t>питань</w:t>
      </w:r>
      <w:proofErr w:type="spellEnd"/>
      <w:r w:rsidRPr="00151F58">
        <w:rPr>
          <w:bCs/>
          <w:sz w:val="28"/>
          <w:szCs w:val="28"/>
          <w:lang w:val="ru-RU"/>
        </w:rPr>
        <w:t xml:space="preserve"> </w:t>
      </w:r>
      <w:r w:rsidR="00F669B8" w:rsidRPr="00151F58">
        <w:rPr>
          <w:bCs/>
          <w:sz w:val="28"/>
          <w:szCs w:val="28"/>
          <w:lang w:val="ru-RU"/>
        </w:rPr>
        <w:t xml:space="preserve">    </w:t>
      </w:r>
      <w:r w:rsidR="00F669B8" w:rsidRPr="00151F58">
        <w:rPr>
          <w:bCs/>
          <w:sz w:val="28"/>
          <w:szCs w:val="28"/>
          <w:lang w:val="ru-RU"/>
        </w:rPr>
        <w:tab/>
        <w:t xml:space="preserve">                                                          </w:t>
      </w:r>
      <w:proofErr w:type="spellStart"/>
      <w:r w:rsidR="00F669B8" w:rsidRPr="00151F58">
        <w:rPr>
          <w:bCs/>
          <w:sz w:val="28"/>
          <w:szCs w:val="28"/>
          <w:lang w:val="ru-RU"/>
        </w:rPr>
        <w:t>Верхньодніпровської</w:t>
      </w:r>
      <w:proofErr w:type="spellEnd"/>
      <w:r w:rsidR="00F669B8" w:rsidRPr="00151F58">
        <w:rPr>
          <w:bCs/>
          <w:sz w:val="28"/>
          <w:szCs w:val="28"/>
          <w:lang w:val="ru-RU"/>
        </w:rPr>
        <w:t xml:space="preserve"> міської ради                              </w:t>
      </w:r>
      <w:proofErr w:type="spellStart"/>
      <w:r w:rsidR="00F669B8" w:rsidRPr="00151F58">
        <w:rPr>
          <w:bCs/>
          <w:sz w:val="28"/>
          <w:szCs w:val="28"/>
          <w:lang w:val="ru-RU"/>
        </w:rPr>
        <w:t>Світлана</w:t>
      </w:r>
      <w:proofErr w:type="spellEnd"/>
      <w:r w:rsidR="00F669B8" w:rsidRPr="00151F58">
        <w:rPr>
          <w:bCs/>
          <w:sz w:val="28"/>
          <w:szCs w:val="28"/>
          <w:lang w:val="ru-RU"/>
        </w:rPr>
        <w:t xml:space="preserve"> СЄРГЄЄВ</w:t>
      </w:r>
      <w:r w:rsidR="00A8278E" w:rsidRPr="00151F58">
        <w:rPr>
          <w:bCs/>
          <w:sz w:val="28"/>
          <w:szCs w:val="28"/>
          <w:lang w:val="ru-RU"/>
        </w:rPr>
        <w:t>А</w:t>
      </w:r>
    </w:p>
    <w:sectPr w:rsidR="008C3D90" w:rsidRPr="00151F58" w:rsidSect="00532014">
      <w:pgSz w:w="11909" w:h="16834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4143540"/>
    <w:lvl w:ilvl="0">
      <w:start w:val="1"/>
      <w:numFmt w:val="bullet"/>
      <w:pStyle w:val="a0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9" w15:restartNumberingAfterBreak="0">
    <w:nsid w:val="02DF58DA"/>
    <w:multiLevelType w:val="hybridMultilevel"/>
    <w:tmpl w:val="716A50A4"/>
    <w:lvl w:ilvl="0" w:tplc="0422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" w15:restartNumberingAfterBreak="0">
    <w:nsid w:val="030B69A4"/>
    <w:multiLevelType w:val="hybridMultilevel"/>
    <w:tmpl w:val="07B89BAC"/>
    <w:lvl w:ilvl="0" w:tplc="0422000F">
      <w:start w:val="1"/>
      <w:numFmt w:val="decimal"/>
      <w:lvlText w:val="%1."/>
      <w:lvlJc w:val="left"/>
      <w:pPr>
        <w:ind w:left="1575" w:hanging="360"/>
      </w:pPr>
    </w:lvl>
    <w:lvl w:ilvl="1" w:tplc="04220019" w:tentative="1">
      <w:start w:val="1"/>
      <w:numFmt w:val="lowerLetter"/>
      <w:lvlText w:val="%2."/>
      <w:lvlJc w:val="left"/>
      <w:pPr>
        <w:ind w:left="2295" w:hanging="360"/>
      </w:pPr>
    </w:lvl>
    <w:lvl w:ilvl="2" w:tplc="0422001B" w:tentative="1">
      <w:start w:val="1"/>
      <w:numFmt w:val="lowerRoman"/>
      <w:lvlText w:val="%3."/>
      <w:lvlJc w:val="right"/>
      <w:pPr>
        <w:ind w:left="3015" w:hanging="180"/>
      </w:pPr>
    </w:lvl>
    <w:lvl w:ilvl="3" w:tplc="0422000F" w:tentative="1">
      <w:start w:val="1"/>
      <w:numFmt w:val="decimal"/>
      <w:lvlText w:val="%4."/>
      <w:lvlJc w:val="left"/>
      <w:pPr>
        <w:ind w:left="3735" w:hanging="360"/>
      </w:pPr>
    </w:lvl>
    <w:lvl w:ilvl="4" w:tplc="04220019" w:tentative="1">
      <w:start w:val="1"/>
      <w:numFmt w:val="lowerLetter"/>
      <w:lvlText w:val="%5."/>
      <w:lvlJc w:val="left"/>
      <w:pPr>
        <w:ind w:left="4455" w:hanging="360"/>
      </w:pPr>
    </w:lvl>
    <w:lvl w:ilvl="5" w:tplc="0422001B" w:tentative="1">
      <w:start w:val="1"/>
      <w:numFmt w:val="lowerRoman"/>
      <w:lvlText w:val="%6."/>
      <w:lvlJc w:val="right"/>
      <w:pPr>
        <w:ind w:left="5175" w:hanging="180"/>
      </w:pPr>
    </w:lvl>
    <w:lvl w:ilvl="6" w:tplc="0422000F" w:tentative="1">
      <w:start w:val="1"/>
      <w:numFmt w:val="decimal"/>
      <w:lvlText w:val="%7."/>
      <w:lvlJc w:val="left"/>
      <w:pPr>
        <w:ind w:left="5895" w:hanging="360"/>
      </w:pPr>
    </w:lvl>
    <w:lvl w:ilvl="7" w:tplc="04220019" w:tentative="1">
      <w:start w:val="1"/>
      <w:numFmt w:val="lowerLetter"/>
      <w:lvlText w:val="%8."/>
      <w:lvlJc w:val="left"/>
      <w:pPr>
        <w:ind w:left="6615" w:hanging="360"/>
      </w:pPr>
    </w:lvl>
    <w:lvl w:ilvl="8" w:tplc="0422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1" w15:restartNumberingAfterBreak="0">
    <w:nsid w:val="0A4E7AAD"/>
    <w:multiLevelType w:val="hybridMultilevel"/>
    <w:tmpl w:val="1904EE20"/>
    <w:lvl w:ilvl="0" w:tplc="042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A3B177B"/>
    <w:multiLevelType w:val="hybridMultilevel"/>
    <w:tmpl w:val="D8B077EC"/>
    <w:lvl w:ilvl="0" w:tplc="0422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2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0B2"/>
    <w:rsid w:val="00034616"/>
    <w:rsid w:val="00046494"/>
    <w:rsid w:val="0006063C"/>
    <w:rsid w:val="00072C88"/>
    <w:rsid w:val="000970FF"/>
    <w:rsid w:val="000C2DC3"/>
    <w:rsid w:val="0010389A"/>
    <w:rsid w:val="0015074B"/>
    <w:rsid w:val="00151F58"/>
    <w:rsid w:val="0022543B"/>
    <w:rsid w:val="002431A9"/>
    <w:rsid w:val="0029639D"/>
    <w:rsid w:val="00306C50"/>
    <w:rsid w:val="00313697"/>
    <w:rsid w:val="003177BD"/>
    <w:rsid w:val="00326F90"/>
    <w:rsid w:val="00380C5A"/>
    <w:rsid w:val="00391024"/>
    <w:rsid w:val="0040368B"/>
    <w:rsid w:val="00407E2B"/>
    <w:rsid w:val="00421AD6"/>
    <w:rsid w:val="00430FC8"/>
    <w:rsid w:val="0044411E"/>
    <w:rsid w:val="00451591"/>
    <w:rsid w:val="00455071"/>
    <w:rsid w:val="004D06A1"/>
    <w:rsid w:val="005257DE"/>
    <w:rsid w:val="00532014"/>
    <w:rsid w:val="005F5C6E"/>
    <w:rsid w:val="00600E8D"/>
    <w:rsid w:val="00711092"/>
    <w:rsid w:val="007300AB"/>
    <w:rsid w:val="00770F33"/>
    <w:rsid w:val="007B5794"/>
    <w:rsid w:val="007C74CC"/>
    <w:rsid w:val="00812C4D"/>
    <w:rsid w:val="0083069F"/>
    <w:rsid w:val="00833DAB"/>
    <w:rsid w:val="00834780"/>
    <w:rsid w:val="008902D3"/>
    <w:rsid w:val="008C3D90"/>
    <w:rsid w:val="008D0212"/>
    <w:rsid w:val="008F604E"/>
    <w:rsid w:val="009356B1"/>
    <w:rsid w:val="009E2CD8"/>
    <w:rsid w:val="00A204A6"/>
    <w:rsid w:val="00A22FA6"/>
    <w:rsid w:val="00A402B2"/>
    <w:rsid w:val="00A8278E"/>
    <w:rsid w:val="00AA1D8D"/>
    <w:rsid w:val="00B33543"/>
    <w:rsid w:val="00B401F5"/>
    <w:rsid w:val="00B47730"/>
    <w:rsid w:val="00B47A8B"/>
    <w:rsid w:val="00B600AA"/>
    <w:rsid w:val="00C22133"/>
    <w:rsid w:val="00C6505C"/>
    <w:rsid w:val="00CB0664"/>
    <w:rsid w:val="00D85773"/>
    <w:rsid w:val="00E46ABA"/>
    <w:rsid w:val="00EA041F"/>
    <w:rsid w:val="00F501E1"/>
    <w:rsid w:val="00F5127A"/>
    <w:rsid w:val="00F669B8"/>
    <w:rsid w:val="00F906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07A99"/>
  <w14:defaultImageDpi w14:val="300"/>
  <w15:docId w15:val="{C6E88556-5631-417D-9851-472BF052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C22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C22133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F6A176-3517-4F6B-B341-EB9A7A80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7175</Words>
  <Characters>4091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41</cp:revision>
  <cp:lastPrinted>2026-09-30T10:56:00Z</cp:lastPrinted>
  <dcterms:created xsi:type="dcterms:W3CDTF">2013-12-23T23:15:00Z</dcterms:created>
  <dcterms:modified xsi:type="dcterms:W3CDTF">2026-09-30T12:33:00Z</dcterms:modified>
  <cp:category/>
</cp:coreProperties>
</file>